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89F25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b/>
          <w:i/>
          <w:sz w:val="24"/>
          <w:u w:val="single"/>
          <w:lang w:val="pl-PL"/>
        </w:rPr>
        <w:t>Jadłospis 26.10 - 30.10.26</w:t>
      </w:r>
    </w:p>
    <w:p w14:paraId="77DE0C41" w14:textId="77777777" w:rsidR="00F113FC" w:rsidRPr="00046057" w:rsidRDefault="00000000">
      <w:pPr>
        <w:keepLines/>
        <w:spacing w:before="20"/>
        <w:jc w:val="center"/>
        <w:rPr>
          <w:lang w:val="pl-PL"/>
        </w:rPr>
      </w:pPr>
      <w:r w:rsidRPr="00046057">
        <w:rPr>
          <w:b/>
          <w:i/>
          <w:sz w:val="22"/>
          <w:highlight w:val="yellow"/>
          <w:lang w:val="pl-PL"/>
        </w:rPr>
        <w:t>Poniedziałek 26.10</w:t>
      </w:r>
    </w:p>
    <w:p w14:paraId="1C891433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b/>
          <w:bCs/>
          <w:highlight w:val="yellow"/>
          <w:lang w:val="pl-PL"/>
        </w:rPr>
        <w:t>Śniadanie :</w:t>
      </w:r>
      <w:proofErr w:type="gramEnd"/>
      <w:r w:rsidRPr="00046057">
        <w:rPr>
          <w:lang w:val="pl-PL"/>
        </w:rPr>
        <w:t xml:space="preserve"> owsianka na mleku z jabłuszkiem </w:t>
      </w:r>
      <w:proofErr w:type="gramStart"/>
      <w:r w:rsidRPr="00046057">
        <w:rPr>
          <w:lang w:val="pl-PL"/>
        </w:rPr>
        <w:t>( 230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7ED7192B" w14:textId="64067D18" w:rsidR="00F113FC" w:rsidRPr="00046057" w:rsidRDefault="00000000" w:rsidP="00046057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kanapka </w:t>
      </w:r>
      <w:proofErr w:type="gramStart"/>
      <w:r w:rsidRPr="00046057">
        <w:rPr>
          <w:lang w:val="pl-PL"/>
        </w:rPr>
        <w:t>( pieczywo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wielozbożowe )</w:t>
      </w:r>
      <w:proofErr w:type="gramEnd"/>
      <w:r w:rsidRPr="00046057">
        <w:rPr>
          <w:lang w:val="pl-PL"/>
        </w:rPr>
        <w:t xml:space="preserve"> z masłem i szynka </w:t>
      </w:r>
      <w:proofErr w:type="gramStart"/>
      <w:r w:rsidRPr="00046057">
        <w:rPr>
          <w:lang w:val="pl-PL"/>
        </w:rPr>
        <w:t>( 65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warzywa :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sałata ,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ogórek ,</w:t>
      </w:r>
      <w:proofErr w:type="gramEnd"/>
      <w:r w:rsidRPr="00046057">
        <w:rPr>
          <w:lang w:val="pl-PL"/>
        </w:rPr>
        <w:t xml:space="preserve"> papryka </w:t>
      </w:r>
      <w:proofErr w:type="gramStart"/>
      <w:r w:rsidRPr="00046057">
        <w:rPr>
          <w:lang w:val="pl-PL"/>
        </w:rPr>
        <w:t>( 60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1CED857A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herbata z miodem </w:t>
      </w:r>
      <w:proofErr w:type="gramStart"/>
      <w:r w:rsidRPr="00046057">
        <w:rPr>
          <w:lang w:val="pl-PL"/>
        </w:rPr>
        <w:t>( 200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5F2660BA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1,7</w:t>
      </w:r>
    </w:p>
    <w:p w14:paraId="3A1EDD66" w14:textId="6D14C265" w:rsidR="00F113FC" w:rsidRPr="00046057" w:rsidRDefault="00000000" w:rsidP="00046057">
      <w:pPr>
        <w:keepLines/>
        <w:jc w:val="center"/>
        <w:rPr>
          <w:lang w:val="pl-PL"/>
        </w:rPr>
      </w:pPr>
      <w:proofErr w:type="gramStart"/>
      <w:r w:rsidRPr="00046057">
        <w:rPr>
          <w:b/>
          <w:bCs/>
          <w:highlight w:val="yellow"/>
          <w:lang w:val="pl-PL"/>
        </w:rPr>
        <w:t>Obiad :</w:t>
      </w:r>
      <w:proofErr w:type="gramEnd"/>
      <w:r w:rsidRPr="00046057">
        <w:rPr>
          <w:lang w:val="pl-PL"/>
        </w:rPr>
        <w:t xml:space="preserve"> zupa pomidorowa z warzywami z makaronem </w:t>
      </w:r>
      <w:r w:rsidR="004920C6">
        <w:rPr>
          <w:lang w:val="pl-PL"/>
        </w:rPr>
        <w:t>alfabet-</w:t>
      </w:r>
      <w:proofErr w:type="spellStart"/>
      <w:proofErr w:type="gramStart"/>
      <w:r w:rsidR="004920C6">
        <w:rPr>
          <w:lang w:val="pl-PL"/>
        </w:rPr>
        <w:t>durum</w:t>
      </w:r>
      <w:proofErr w:type="spellEnd"/>
      <w:r w:rsidR="004920C6">
        <w:rPr>
          <w:lang w:val="pl-PL"/>
        </w:rPr>
        <w:t xml:space="preserve"> </w:t>
      </w:r>
      <w:r w:rsidRPr="00046057">
        <w:rPr>
          <w:lang w:val="pl-PL"/>
        </w:rPr>
        <w:t xml:space="preserve"> (</w:t>
      </w:r>
      <w:proofErr w:type="gramEnd"/>
      <w:r w:rsidRPr="00046057">
        <w:rPr>
          <w:lang w:val="pl-PL"/>
        </w:rPr>
        <w:t xml:space="preserve"> 250 </w:t>
      </w:r>
      <w:proofErr w:type="gramStart"/>
      <w:r w:rsidRPr="00046057">
        <w:rPr>
          <w:lang w:val="pl-PL"/>
        </w:rPr>
        <w:t>ml )</w:t>
      </w:r>
      <w:proofErr w:type="gramEnd"/>
      <w:r w:rsidR="00046057">
        <w:rPr>
          <w:lang w:val="pl-PL"/>
        </w:rPr>
        <w:t xml:space="preserve"> </w:t>
      </w:r>
      <w:r w:rsidRPr="00046057">
        <w:rPr>
          <w:lang w:val="pl-PL"/>
        </w:rPr>
        <w:t>zupa na wywarze warzywny</w:t>
      </w:r>
    </w:p>
    <w:p w14:paraId="0A111BB0" w14:textId="225149D5" w:rsidR="00F113FC" w:rsidRPr="00046057" w:rsidRDefault="00121DCA" w:rsidP="00231123">
      <w:pPr>
        <w:keepLines/>
        <w:jc w:val="center"/>
        <w:rPr>
          <w:lang w:val="pl-PL"/>
        </w:rPr>
      </w:pPr>
      <w:r>
        <w:rPr>
          <w:lang w:val="pl-PL"/>
        </w:rPr>
        <w:t xml:space="preserve">Naleśniki z twarogiem (260 g) polewa czekoladowa </w:t>
      </w:r>
      <w:r w:rsidR="00231123">
        <w:rPr>
          <w:lang w:val="pl-PL"/>
        </w:rPr>
        <w:t xml:space="preserve">(wyrób własny) </w:t>
      </w:r>
    </w:p>
    <w:p w14:paraId="4D5FF718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lemoniada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75972A7C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1,3,7,9</w:t>
      </w:r>
    </w:p>
    <w:p w14:paraId="775FDEF3" w14:textId="21909676" w:rsidR="00F113FC" w:rsidRPr="00046057" w:rsidRDefault="00000000" w:rsidP="00046057">
      <w:pPr>
        <w:keepLines/>
        <w:jc w:val="center"/>
        <w:rPr>
          <w:lang w:val="pl-PL"/>
        </w:rPr>
      </w:pPr>
      <w:proofErr w:type="gramStart"/>
      <w:r w:rsidRPr="00046057">
        <w:rPr>
          <w:b/>
          <w:bCs/>
          <w:highlight w:val="yellow"/>
          <w:lang w:val="pl-PL"/>
        </w:rPr>
        <w:t>Podwieczorek :</w:t>
      </w:r>
      <w:proofErr w:type="gramEnd"/>
      <w:r w:rsidRPr="00046057">
        <w:rPr>
          <w:lang w:val="pl-PL"/>
        </w:rPr>
        <w:t xml:space="preserve"> gofry z bita śmietana bez cukru 1szt</w:t>
      </w:r>
      <w:r w:rsidR="00071608">
        <w:rPr>
          <w:lang w:val="pl-PL"/>
        </w:rPr>
        <w:t>,</w:t>
      </w:r>
      <w:r w:rsidR="00046057">
        <w:rPr>
          <w:lang w:val="pl-PL"/>
        </w:rPr>
        <w:t xml:space="preserve"> </w:t>
      </w:r>
      <w:r w:rsidRPr="00046057">
        <w:rPr>
          <w:lang w:val="pl-PL"/>
        </w:rPr>
        <w:t xml:space="preserve">pomarańcza </w:t>
      </w:r>
      <w:proofErr w:type="gramStart"/>
      <w:r w:rsidRPr="00046057">
        <w:rPr>
          <w:lang w:val="pl-PL"/>
        </w:rPr>
        <w:t>( 60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Pr="00046057">
        <w:rPr>
          <w:lang w:val="pl-PL"/>
        </w:rPr>
        <w:t xml:space="preserve"> </w:t>
      </w:r>
    </w:p>
    <w:p w14:paraId="33F8F535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</w:t>
      </w:r>
    </w:p>
    <w:p w14:paraId="70E3BF81" w14:textId="77777777" w:rsidR="00F113FC" w:rsidRPr="00046057" w:rsidRDefault="00000000">
      <w:pPr>
        <w:keepLines/>
        <w:spacing w:before="20"/>
        <w:jc w:val="center"/>
        <w:rPr>
          <w:lang w:val="pl-PL"/>
        </w:rPr>
      </w:pPr>
      <w:r w:rsidRPr="00700DEB">
        <w:rPr>
          <w:b/>
          <w:i/>
          <w:sz w:val="22"/>
          <w:highlight w:val="yellow"/>
          <w:lang w:val="pl-PL"/>
        </w:rPr>
        <w:t>Wtorek 27.10</w:t>
      </w:r>
    </w:p>
    <w:p w14:paraId="6C369C1D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700DEB">
        <w:rPr>
          <w:b/>
          <w:bCs/>
          <w:highlight w:val="yellow"/>
          <w:lang w:val="pl-PL"/>
        </w:rPr>
        <w:t>Śniadanie :</w:t>
      </w:r>
      <w:proofErr w:type="gramEnd"/>
      <w:r w:rsidRPr="00046057">
        <w:rPr>
          <w:lang w:val="pl-PL"/>
        </w:rPr>
        <w:t xml:space="preserve"> ryż na mleku z bananem </w:t>
      </w:r>
      <w:proofErr w:type="gramStart"/>
      <w:r w:rsidRPr="00046057">
        <w:rPr>
          <w:lang w:val="pl-PL"/>
        </w:rPr>
        <w:t>( 230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2FCC15D2" w14:textId="305CBEE5" w:rsidR="00F113FC" w:rsidRPr="00046057" w:rsidRDefault="00000000" w:rsidP="00700DEB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kanapka </w:t>
      </w:r>
      <w:proofErr w:type="gramStart"/>
      <w:r w:rsidRPr="00046057">
        <w:rPr>
          <w:lang w:val="pl-PL"/>
        </w:rPr>
        <w:t>( pieczywo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żytnie )</w:t>
      </w:r>
      <w:proofErr w:type="gramEnd"/>
      <w:r w:rsidRPr="00046057">
        <w:rPr>
          <w:lang w:val="pl-PL"/>
        </w:rPr>
        <w:t xml:space="preserve"> z masłem z polędwicą </w:t>
      </w:r>
      <w:proofErr w:type="gramStart"/>
      <w:r w:rsidRPr="00046057">
        <w:rPr>
          <w:lang w:val="pl-PL"/>
        </w:rPr>
        <w:t>( 65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700DEB">
        <w:rPr>
          <w:lang w:val="pl-PL"/>
        </w:rPr>
        <w:t xml:space="preserve"> </w:t>
      </w:r>
      <w:proofErr w:type="gramStart"/>
      <w:r w:rsidRPr="00046057">
        <w:rPr>
          <w:lang w:val="pl-PL"/>
        </w:rPr>
        <w:t>warzywa :</w:t>
      </w:r>
      <w:proofErr w:type="gramEnd"/>
      <w:r w:rsidRPr="00046057">
        <w:rPr>
          <w:lang w:val="pl-PL"/>
        </w:rPr>
        <w:t xml:space="preserve"> </w:t>
      </w:r>
      <w:proofErr w:type="spellStart"/>
      <w:proofErr w:type="gramStart"/>
      <w:r w:rsidRPr="00046057">
        <w:rPr>
          <w:lang w:val="pl-PL"/>
        </w:rPr>
        <w:t>rukola</w:t>
      </w:r>
      <w:proofErr w:type="spellEnd"/>
      <w:r w:rsidRPr="00046057">
        <w:rPr>
          <w:lang w:val="pl-PL"/>
        </w:rPr>
        <w:t xml:space="preserve"> ,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rzodkiewka ,</w:t>
      </w:r>
      <w:proofErr w:type="gramEnd"/>
      <w:r w:rsidRPr="00046057">
        <w:rPr>
          <w:lang w:val="pl-PL"/>
        </w:rPr>
        <w:t xml:space="preserve"> ogórek </w:t>
      </w:r>
      <w:proofErr w:type="gramStart"/>
      <w:r w:rsidRPr="00046057">
        <w:rPr>
          <w:lang w:val="pl-PL"/>
        </w:rPr>
        <w:t>( 60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436DF3F4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herbata z dzikiej róży bez cukru </w:t>
      </w:r>
      <w:proofErr w:type="gramStart"/>
      <w:r w:rsidRPr="00046057">
        <w:rPr>
          <w:lang w:val="pl-PL"/>
        </w:rPr>
        <w:t>( 200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6C34A93C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1,7</w:t>
      </w:r>
    </w:p>
    <w:p w14:paraId="21BF357A" w14:textId="2C87AA27" w:rsidR="00F113FC" w:rsidRPr="00046057" w:rsidRDefault="00000000" w:rsidP="00700DEB">
      <w:pPr>
        <w:keepLines/>
        <w:jc w:val="center"/>
        <w:rPr>
          <w:lang w:val="pl-PL"/>
        </w:rPr>
      </w:pPr>
      <w:proofErr w:type="gramStart"/>
      <w:r w:rsidRPr="00700DEB">
        <w:rPr>
          <w:b/>
          <w:bCs/>
          <w:highlight w:val="yellow"/>
          <w:lang w:val="pl-PL"/>
        </w:rPr>
        <w:t>Obiad :</w:t>
      </w:r>
      <w:proofErr w:type="gramEnd"/>
      <w:r w:rsidRPr="00046057">
        <w:rPr>
          <w:lang w:val="pl-PL"/>
        </w:rPr>
        <w:t xml:space="preserve"> zupa kalafiorowa z warzywami i ziemniakami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  <w:r w:rsidR="00700DEB">
        <w:rPr>
          <w:lang w:val="pl-PL"/>
        </w:rPr>
        <w:t xml:space="preserve"> </w:t>
      </w:r>
      <w:r w:rsidRPr="00046057">
        <w:rPr>
          <w:lang w:val="pl-PL"/>
        </w:rPr>
        <w:t>zupa na wywarze warzywnym</w:t>
      </w:r>
    </w:p>
    <w:p w14:paraId="7D23D82A" w14:textId="009F50EF" w:rsidR="00F113FC" w:rsidRPr="00046057" w:rsidRDefault="00000000" w:rsidP="00700DEB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makaron z mięsem mielonym </w:t>
      </w:r>
      <w:proofErr w:type="gramStart"/>
      <w:r w:rsidRPr="00046057">
        <w:rPr>
          <w:lang w:val="pl-PL"/>
        </w:rPr>
        <w:t>( wołowo</w:t>
      </w:r>
      <w:proofErr w:type="gramEnd"/>
      <w:r w:rsidRPr="00046057">
        <w:rPr>
          <w:lang w:val="pl-PL"/>
        </w:rPr>
        <w:t xml:space="preserve"> - </w:t>
      </w:r>
      <w:proofErr w:type="gramStart"/>
      <w:r w:rsidRPr="00046057">
        <w:rPr>
          <w:lang w:val="pl-PL"/>
        </w:rPr>
        <w:t>wieprzowym )</w:t>
      </w:r>
      <w:proofErr w:type="gramEnd"/>
      <w:r w:rsidRPr="00046057">
        <w:rPr>
          <w:lang w:val="pl-PL"/>
        </w:rPr>
        <w:t xml:space="preserve"> z</w:t>
      </w:r>
      <w:r w:rsidR="00700DEB">
        <w:rPr>
          <w:lang w:val="pl-PL"/>
        </w:rPr>
        <w:t xml:space="preserve"> </w:t>
      </w:r>
      <w:r w:rsidRPr="00046057">
        <w:rPr>
          <w:lang w:val="pl-PL"/>
        </w:rPr>
        <w:t xml:space="preserve">pomidorami i ziołami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700DEB">
        <w:rPr>
          <w:lang w:val="pl-PL"/>
        </w:rPr>
        <w:t xml:space="preserve"> </w:t>
      </w:r>
      <w:r w:rsidRPr="00046057">
        <w:rPr>
          <w:lang w:val="pl-PL"/>
        </w:rPr>
        <w:t xml:space="preserve">surówka </w:t>
      </w:r>
      <w:proofErr w:type="spellStart"/>
      <w:r w:rsidRPr="00046057">
        <w:rPr>
          <w:lang w:val="pl-PL"/>
        </w:rPr>
        <w:t>coleslaw</w:t>
      </w:r>
      <w:proofErr w:type="spell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( 100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6328BC44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kompot / woda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2CCB6408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1,3,7,9</w:t>
      </w:r>
    </w:p>
    <w:p w14:paraId="3BFBE8D0" w14:textId="5FCFB346" w:rsidR="00F113FC" w:rsidRPr="00046057" w:rsidRDefault="00000000" w:rsidP="00700DEB">
      <w:pPr>
        <w:keepLines/>
        <w:jc w:val="center"/>
        <w:rPr>
          <w:lang w:val="pl-PL"/>
        </w:rPr>
      </w:pPr>
      <w:proofErr w:type="gramStart"/>
      <w:r w:rsidRPr="00700DEB">
        <w:rPr>
          <w:b/>
          <w:bCs/>
          <w:highlight w:val="yellow"/>
          <w:lang w:val="pl-PL"/>
        </w:rPr>
        <w:t>Podwieczorek :</w:t>
      </w:r>
      <w:proofErr w:type="gramEnd"/>
      <w:r w:rsidRPr="00046057">
        <w:rPr>
          <w:lang w:val="pl-PL"/>
        </w:rPr>
        <w:t xml:space="preserve"> paluchy drożdżowe z białym serem i budyniem </w:t>
      </w:r>
      <w:proofErr w:type="gramStart"/>
      <w:r w:rsidRPr="00046057">
        <w:rPr>
          <w:lang w:val="pl-PL"/>
        </w:rPr>
        <w:t>( 100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700DEB">
        <w:rPr>
          <w:lang w:val="pl-PL"/>
        </w:rPr>
        <w:t xml:space="preserve"> </w:t>
      </w:r>
      <w:r w:rsidRPr="00046057">
        <w:rPr>
          <w:lang w:val="pl-PL"/>
        </w:rPr>
        <w:t xml:space="preserve">jabłko </w:t>
      </w:r>
      <w:proofErr w:type="gramStart"/>
      <w:r w:rsidRPr="00046057">
        <w:rPr>
          <w:lang w:val="pl-PL"/>
        </w:rPr>
        <w:t>( 60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700DEB">
        <w:rPr>
          <w:lang w:val="pl-PL"/>
        </w:rPr>
        <w:t xml:space="preserve"> </w:t>
      </w:r>
    </w:p>
    <w:p w14:paraId="4A1F5199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</w:t>
      </w:r>
    </w:p>
    <w:p w14:paraId="2E8A32D9" w14:textId="77777777" w:rsidR="00F113FC" w:rsidRPr="00046057" w:rsidRDefault="00000000">
      <w:pPr>
        <w:keepLines/>
        <w:spacing w:before="20"/>
        <w:jc w:val="center"/>
        <w:rPr>
          <w:lang w:val="pl-PL"/>
        </w:rPr>
      </w:pPr>
      <w:r w:rsidRPr="00550B89">
        <w:rPr>
          <w:b/>
          <w:i/>
          <w:sz w:val="22"/>
          <w:highlight w:val="yellow"/>
          <w:lang w:val="pl-PL"/>
        </w:rPr>
        <w:t>Środa 28.10</w:t>
      </w:r>
    </w:p>
    <w:p w14:paraId="37960D74" w14:textId="1273C9B8" w:rsidR="00F113FC" w:rsidRPr="00046057" w:rsidRDefault="00000000" w:rsidP="00550B89">
      <w:pPr>
        <w:keepLines/>
        <w:jc w:val="center"/>
        <w:rPr>
          <w:lang w:val="pl-PL"/>
        </w:rPr>
      </w:pPr>
      <w:proofErr w:type="gramStart"/>
      <w:r w:rsidRPr="00550B89">
        <w:rPr>
          <w:b/>
          <w:bCs/>
          <w:highlight w:val="yellow"/>
          <w:lang w:val="pl-PL"/>
        </w:rPr>
        <w:t>Śniadanie :</w:t>
      </w:r>
      <w:proofErr w:type="gramEnd"/>
      <w:r w:rsidRPr="00046057">
        <w:rPr>
          <w:lang w:val="pl-PL"/>
        </w:rPr>
        <w:t xml:space="preserve"> parówki na ciepło z keczupem </w:t>
      </w:r>
      <w:proofErr w:type="gramStart"/>
      <w:r w:rsidRPr="00046057">
        <w:rPr>
          <w:lang w:val="pl-PL"/>
        </w:rPr>
        <w:t>( 90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550B89">
        <w:rPr>
          <w:lang w:val="pl-PL"/>
        </w:rPr>
        <w:t xml:space="preserve"> </w:t>
      </w:r>
      <w:r w:rsidRPr="00046057">
        <w:rPr>
          <w:lang w:val="pl-PL"/>
        </w:rPr>
        <w:t xml:space="preserve">pieczywo pszenne z masłem </w:t>
      </w:r>
      <w:proofErr w:type="gramStart"/>
      <w:r w:rsidRPr="00046057">
        <w:rPr>
          <w:lang w:val="pl-PL"/>
        </w:rPr>
        <w:t>( 60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550B89">
        <w:rPr>
          <w:lang w:val="pl-PL"/>
        </w:rPr>
        <w:t xml:space="preserve"> </w:t>
      </w:r>
      <w:proofErr w:type="gramStart"/>
      <w:r w:rsidRPr="00046057">
        <w:rPr>
          <w:lang w:val="pl-PL"/>
        </w:rPr>
        <w:t>warzywa :</w:t>
      </w:r>
      <w:proofErr w:type="gramEnd"/>
      <w:r w:rsidRPr="00046057">
        <w:rPr>
          <w:lang w:val="pl-PL"/>
        </w:rPr>
        <w:t xml:space="preserve"> pomidorki </w:t>
      </w:r>
      <w:proofErr w:type="spellStart"/>
      <w:r w:rsidRPr="00046057">
        <w:rPr>
          <w:lang w:val="pl-PL"/>
        </w:rPr>
        <w:t>cherry</w:t>
      </w:r>
      <w:proofErr w:type="spell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( 40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0ED24FF5" w14:textId="651E547D" w:rsidR="00F113FC" w:rsidRPr="00046057" w:rsidRDefault="00000000" w:rsidP="00550B89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herbata z cytryna </w:t>
      </w:r>
      <w:proofErr w:type="gramStart"/>
      <w:r w:rsidRPr="00046057">
        <w:rPr>
          <w:lang w:val="pl-PL"/>
        </w:rPr>
        <w:t>( 200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  <w:r w:rsidR="00AF3BF7">
        <w:rPr>
          <w:lang w:val="pl-PL"/>
        </w:rPr>
        <w:t xml:space="preserve"> </w:t>
      </w:r>
    </w:p>
    <w:p w14:paraId="3552238D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1,7</w:t>
      </w:r>
    </w:p>
    <w:p w14:paraId="2B2A9EE2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550B89">
        <w:rPr>
          <w:b/>
          <w:bCs/>
          <w:highlight w:val="yellow"/>
          <w:lang w:val="pl-PL"/>
        </w:rPr>
        <w:t>Obiad :</w:t>
      </w:r>
      <w:proofErr w:type="gramEnd"/>
      <w:r w:rsidRPr="00046057">
        <w:rPr>
          <w:lang w:val="pl-PL"/>
        </w:rPr>
        <w:t xml:space="preserve"> zupa ogórkowa z warzywami i ziemniakami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3FFF0201" w14:textId="26F84DC5" w:rsidR="00F113FC" w:rsidRPr="00046057" w:rsidRDefault="00000000" w:rsidP="00550B89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pulpety w sosie pomidorowym </w:t>
      </w:r>
      <w:proofErr w:type="gramStart"/>
      <w:r w:rsidRPr="00046057">
        <w:rPr>
          <w:lang w:val="pl-PL"/>
        </w:rPr>
        <w:t>( 100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550B89">
        <w:rPr>
          <w:lang w:val="pl-PL"/>
        </w:rPr>
        <w:t xml:space="preserve"> </w:t>
      </w:r>
      <w:r w:rsidRPr="00046057">
        <w:rPr>
          <w:lang w:val="pl-PL"/>
        </w:rPr>
        <w:t xml:space="preserve">kasza gryczana </w:t>
      </w:r>
      <w:proofErr w:type="gramStart"/>
      <w:r w:rsidRPr="00046057">
        <w:rPr>
          <w:lang w:val="pl-PL"/>
        </w:rPr>
        <w:t>( 150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550B89">
        <w:rPr>
          <w:lang w:val="pl-PL"/>
        </w:rPr>
        <w:t xml:space="preserve"> </w:t>
      </w:r>
      <w:r w:rsidRPr="00046057">
        <w:rPr>
          <w:lang w:val="pl-PL"/>
        </w:rPr>
        <w:t xml:space="preserve">mix sałata ze śmietana </w:t>
      </w:r>
      <w:proofErr w:type="gramStart"/>
      <w:r w:rsidRPr="00046057">
        <w:rPr>
          <w:lang w:val="pl-PL"/>
        </w:rPr>
        <w:t>( 80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34FCBF4C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kompot / woda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5F43A5C4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1,3,7,9</w:t>
      </w:r>
    </w:p>
    <w:p w14:paraId="14CC743F" w14:textId="76810C7C" w:rsidR="00F113FC" w:rsidRPr="00046057" w:rsidRDefault="00000000" w:rsidP="00550B89">
      <w:pPr>
        <w:keepLines/>
        <w:jc w:val="center"/>
        <w:rPr>
          <w:lang w:val="pl-PL"/>
        </w:rPr>
      </w:pPr>
      <w:proofErr w:type="gramStart"/>
      <w:r w:rsidRPr="00550B89">
        <w:rPr>
          <w:b/>
          <w:bCs/>
          <w:highlight w:val="yellow"/>
          <w:lang w:val="pl-PL"/>
        </w:rPr>
        <w:t>Podwieczorek :</w:t>
      </w:r>
      <w:proofErr w:type="gramEnd"/>
      <w:r w:rsidRPr="00046057">
        <w:rPr>
          <w:lang w:val="pl-PL"/>
        </w:rPr>
        <w:t xml:space="preserve"> </w:t>
      </w:r>
      <w:proofErr w:type="spellStart"/>
      <w:r w:rsidRPr="00046057">
        <w:rPr>
          <w:lang w:val="pl-PL"/>
        </w:rPr>
        <w:t>mufinki</w:t>
      </w:r>
      <w:proofErr w:type="spellEnd"/>
      <w:r w:rsidRPr="00046057">
        <w:rPr>
          <w:lang w:val="pl-PL"/>
        </w:rPr>
        <w:t xml:space="preserve"> na kefirze </w:t>
      </w:r>
      <w:proofErr w:type="gramStart"/>
      <w:r w:rsidRPr="00046057">
        <w:rPr>
          <w:lang w:val="pl-PL"/>
        </w:rPr>
        <w:t>( 90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550B89">
        <w:rPr>
          <w:lang w:val="pl-PL"/>
        </w:rPr>
        <w:t xml:space="preserve"> </w:t>
      </w:r>
      <w:r w:rsidRPr="00046057">
        <w:rPr>
          <w:lang w:val="pl-PL"/>
        </w:rPr>
        <w:t xml:space="preserve">brzoskwinia </w:t>
      </w:r>
      <w:proofErr w:type="gramStart"/>
      <w:r w:rsidRPr="00046057">
        <w:rPr>
          <w:lang w:val="pl-PL"/>
        </w:rPr>
        <w:t>( 50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550B89">
        <w:rPr>
          <w:lang w:val="pl-PL"/>
        </w:rPr>
        <w:t xml:space="preserve"> </w:t>
      </w:r>
    </w:p>
    <w:p w14:paraId="02944CCA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</w:t>
      </w:r>
    </w:p>
    <w:p w14:paraId="0E5281D5" w14:textId="77777777" w:rsidR="00F113FC" w:rsidRPr="00046057" w:rsidRDefault="00000000">
      <w:pPr>
        <w:keepLines/>
        <w:spacing w:before="20"/>
        <w:jc w:val="center"/>
        <w:rPr>
          <w:lang w:val="pl-PL"/>
        </w:rPr>
      </w:pPr>
      <w:r w:rsidRPr="00745A84">
        <w:rPr>
          <w:b/>
          <w:i/>
          <w:sz w:val="22"/>
          <w:highlight w:val="yellow"/>
          <w:lang w:val="pl-PL"/>
        </w:rPr>
        <w:t>Czwartek 29.10</w:t>
      </w:r>
    </w:p>
    <w:p w14:paraId="7728DC43" w14:textId="77777777" w:rsidR="000C7A81" w:rsidRDefault="00000000" w:rsidP="00A846B9">
      <w:pPr>
        <w:keepLines/>
        <w:jc w:val="center"/>
        <w:rPr>
          <w:lang w:val="pl-PL"/>
        </w:rPr>
      </w:pPr>
      <w:proofErr w:type="gramStart"/>
      <w:r w:rsidRPr="00745A84">
        <w:rPr>
          <w:b/>
          <w:bCs/>
          <w:highlight w:val="yellow"/>
          <w:lang w:val="pl-PL"/>
        </w:rPr>
        <w:t>Śniadanie :</w:t>
      </w:r>
      <w:proofErr w:type="gramEnd"/>
      <w:r w:rsidRPr="00046057">
        <w:rPr>
          <w:lang w:val="pl-PL"/>
        </w:rPr>
        <w:t xml:space="preserve"> kasza manna na mleku z gruszka </w:t>
      </w:r>
      <w:proofErr w:type="gramStart"/>
      <w:r w:rsidRPr="00046057">
        <w:rPr>
          <w:lang w:val="pl-PL"/>
        </w:rPr>
        <w:t>( 230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  <w:r w:rsidR="00A846B9">
        <w:rPr>
          <w:lang w:val="pl-PL"/>
        </w:rPr>
        <w:t xml:space="preserve"> </w:t>
      </w:r>
    </w:p>
    <w:p w14:paraId="6124E8B1" w14:textId="378651F8" w:rsidR="00F113FC" w:rsidRPr="00046057" w:rsidRDefault="00000000" w:rsidP="000C7A81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kanapka </w:t>
      </w:r>
      <w:proofErr w:type="gramStart"/>
      <w:r w:rsidRPr="00046057">
        <w:rPr>
          <w:lang w:val="pl-PL"/>
        </w:rPr>
        <w:t>( pieczywo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graham )</w:t>
      </w:r>
      <w:proofErr w:type="gramEnd"/>
      <w:r w:rsidRPr="00046057">
        <w:rPr>
          <w:lang w:val="pl-PL"/>
        </w:rPr>
        <w:t xml:space="preserve"> z masłem z mielonka </w:t>
      </w:r>
      <w:proofErr w:type="gramStart"/>
      <w:r w:rsidRPr="00046057">
        <w:rPr>
          <w:lang w:val="pl-PL"/>
        </w:rPr>
        <w:t>( 65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0C7A81">
        <w:rPr>
          <w:lang w:val="pl-PL"/>
        </w:rPr>
        <w:t xml:space="preserve"> </w:t>
      </w:r>
      <w:proofErr w:type="gramStart"/>
      <w:r w:rsidRPr="00046057">
        <w:rPr>
          <w:lang w:val="pl-PL"/>
        </w:rPr>
        <w:t>warzywa :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sałata ,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ogórek ,</w:t>
      </w:r>
      <w:proofErr w:type="gramEnd"/>
      <w:r w:rsidRPr="00046057">
        <w:rPr>
          <w:lang w:val="pl-PL"/>
        </w:rPr>
        <w:t xml:space="preserve"> pomidor </w:t>
      </w:r>
      <w:proofErr w:type="gramStart"/>
      <w:r w:rsidRPr="00046057">
        <w:rPr>
          <w:lang w:val="pl-PL"/>
        </w:rPr>
        <w:t>( 60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5FFFA717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herbata malinowa bez cukru </w:t>
      </w:r>
      <w:proofErr w:type="gramStart"/>
      <w:r w:rsidRPr="00046057">
        <w:rPr>
          <w:lang w:val="pl-PL"/>
        </w:rPr>
        <w:t>( 200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6DBA008F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1,7</w:t>
      </w:r>
    </w:p>
    <w:p w14:paraId="0907418B" w14:textId="1838B129" w:rsidR="00F113FC" w:rsidRPr="00046057" w:rsidRDefault="00000000" w:rsidP="00A846B9">
      <w:pPr>
        <w:keepLines/>
        <w:jc w:val="center"/>
        <w:rPr>
          <w:lang w:val="pl-PL"/>
        </w:rPr>
      </w:pPr>
      <w:proofErr w:type="gramStart"/>
      <w:r w:rsidRPr="00745A84">
        <w:rPr>
          <w:b/>
          <w:bCs/>
          <w:highlight w:val="yellow"/>
          <w:lang w:val="pl-PL"/>
        </w:rPr>
        <w:t>Obiad :</w:t>
      </w:r>
      <w:proofErr w:type="gramEnd"/>
      <w:r w:rsidRPr="00046057">
        <w:rPr>
          <w:lang w:val="pl-PL"/>
        </w:rPr>
        <w:t xml:space="preserve"> zupa szczawiowa z jajkiem z warzywami i ziemniakami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)zupa</w:t>
      </w:r>
      <w:proofErr w:type="gramEnd"/>
      <w:r w:rsidRPr="00046057">
        <w:rPr>
          <w:lang w:val="pl-PL"/>
        </w:rPr>
        <w:t xml:space="preserve"> na wywarze warzywnym</w:t>
      </w:r>
    </w:p>
    <w:p w14:paraId="174581E1" w14:textId="404B97DB" w:rsidR="00F113FC" w:rsidRPr="00046057" w:rsidRDefault="00000000" w:rsidP="00A846B9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kotlet z kurczaka </w:t>
      </w:r>
      <w:proofErr w:type="gramStart"/>
      <w:r w:rsidRPr="00046057">
        <w:rPr>
          <w:lang w:val="pl-PL"/>
        </w:rPr>
        <w:t>( 90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A846B9">
        <w:rPr>
          <w:lang w:val="pl-PL"/>
        </w:rPr>
        <w:t xml:space="preserve"> </w:t>
      </w:r>
      <w:r w:rsidRPr="00046057">
        <w:rPr>
          <w:lang w:val="pl-PL"/>
        </w:rPr>
        <w:t xml:space="preserve">ryż </w:t>
      </w:r>
      <w:proofErr w:type="gramStart"/>
      <w:r w:rsidRPr="00046057">
        <w:rPr>
          <w:lang w:val="pl-PL"/>
        </w:rPr>
        <w:t>( 150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A846B9">
        <w:rPr>
          <w:lang w:val="pl-PL"/>
        </w:rPr>
        <w:t xml:space="preserve"> </w:t>
      </w:r>
      <w:r w:rsidRPr="00046057">
        <w:rPr>
          <w:lang w:val="pl-PL"/>
        </w:rPr>
        <w:t xml:space="preserve">surówka z marchewki i jabłuszka </w:t>
      </w:r>
      <w:proofErr w:type="gramStart"/>
      <w:r w:rsidRPr="00046057">
        <w:rPr>
          <w:lang w:val="pl-PL"/>
        </w:rPr>
        <w:t>( 100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609456AC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woda z cytryna bez cukru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35CDFEB2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1,3,7,9</w:t>
      </w:r>
    </w:p>
    <w:p w14:paraId="275B13CF" w14:textId="3739EE16" w:rsidR="00F113FC" w:rsidRPr="00046057" w:rsidRDefault="00000000" w:rsidP="00A846B9">
      <w:pPr>
        <w:keepLines/>
        <w:jc w:val="center"/>
        <w:rPr>
          <w:lang w:val="pl-PL"/>
        </w:rPr>
      </w:pPr>
      <w:proofErr w:type="gramStart"/>
      <w:r w:rsidRPr="00745A84">
        <w:rPr>
          <w:b/>
          <w:bCs/>
          <w:highlight w:val="yellow"/>
          <w:lang w:val="pl-PL"/>
        </w:rPr>
        <w:t>Podwieczorek :</w:t>
      </w:r>
      <w:proofErr w:type="gramEnd"/>
      <w:r w:rsidRPr="00046057">
        <w:rPr>
          <w:lang w:val="pl-PL"/>
        </w:rPr>
        <w:t xml:space="preserve"> </w:t>
      </w:r>
      <w:proofErr w:type="spellStart"/>
      <w:r w:rsidRPr="00046057">
        <w:rPr>
          <w:lang w:val="pl-PL"/>
        </w:rPr>
        <w:t>koktail</w:t>
      </w:r>
      <w:proofErr w:type="spellEnd"/>
      <w:r w:rsidRPr="00046057">
        <w:rPr>
          <w:lang w:val="pl-PL"/>
        </w:rPr>
        <w:t xml:space="preserve"> owocowy z jogurtem </w:t>
      </w:r>
      <w:proofErr w:type="gramStart"/>
      <w:r w:rsidRPr="00046057">
        <w:rPr>
          <w:lang w:val="pl-PL"/>
        </w:rPr>
        <w:t>( 200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  <w:r w:rsidR="00A846B9">
        <w:rPr>
          <w:lang w:val="pl-PL"/>
        </w:rPr>
        <w:t xml:space="preserve"> </w:t>
      </w:r>
      <w:r w:rsidRPr="00046057">
        <w:rPr>
          <w:lang w:val="pl-PL"/>
        </w:rPr>
        <w:t xml:space="preserve">biszkopty </w:t>
      </w:r>
      <w:proofErr w:type="gramStart"/>
      <w:r w:rsidRPr="00046057">
        <w:rPr>
          <w:lang w:val="pl-PL"/>
        </w:rPr>
        <w:t>( 20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6C13C2D0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</w:t>
      </w:r>
    </w:p>
    <w:p w14:paraId="4D25A4DD" w14:textId="77777777" w:rsidR="00F113FC" w:rsidRPr="00046057" w:rsidRDefault="00000000">
      <w:pPr>
        <w:keepLines/>
        <w:spacing w:before="20"/>
        <w:jc w:val="center"/>
        <w:rPr>
          <w:lang w:val="pl-PL"/>
        </w:rPr>
      </w:pPr>
      <w:r w:rsidRPr="00A662DF">
        <w:rPr>
          <w:b/>
          <w:i/>
          <w:sz w:val="22"/>
          <w:highlight w:val="yellow"/>
          <w:lang w:val="pl-PL"/>
        </w:rPr>
        <w:t>Piątek 30.10</w:t>
      </w:r>
    </w:p>
    <w:p w14:paraId="3832A381" w14:textId="66E8C8DE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A662DF">
        <w:rPr>
          <w:b/>
          <w:bCs/>
          <w:highlight w:val="yellow"/>
          <w:lang w:val="pl-PL"/>
        </w:rPr>
        <w:t>Śniadanie :</w:t>
      </w:r>
      <w:proofErr w:type="gramEnd"/>
      <w:r w:rsidRPr="00046057">
        <w:rPr>
          <w:lang w:val="pl-PL"/>
        </w:rPr>
        <w:t xml:space="preserve"> kanapka </w:t>
      </w:r>
      <w:proofErr w:type="gramStart"/>
      <w:r w:rsidRPr="00046057">
        <w:rPr>
          <w:lang w:val="pl-PL"/>
        </w:rPr>
        <w:t>( pieczywo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razowe )</w:t>
      </w:r>
      <w:proofErr w:type="gramEnd"/>
      <w:r w:rsidRPr="00046057">
        <w:rPr>
          <w:lang w:val="pl-PL"/>
        </w:rPr>
        <w:t xml:space="preserve"> z pasta jajeczna </w:t>
      </w:r>
      <w:proofErr w:type="gramStart"/>
      <w:r w:rsidRPr="00046057">
        <w:rPr>
          <w:lang w:val="pl-PL"/>
        </w:rPr>
        <w:t>( 60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499932E7" w14:textId="77777777" w:rsidR="005C1FA4" w:rsidRDefault="00000000" w:rsidP="00A662DF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kajzerka z masłem i dżemem truskawkowym </w:t>
      </w:r>
      <w:proofErr w:type="gramStart"/>
      <w:r w:rsidRPr="00046057">
        <w:rPr>
          <w:lang w:val="pl-PL"/>
        </w:rPr>
        <w:t>( 55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A662DF">
        <w:rPr>
          <w:lang w:val="pl-PL"/>
        </w:rPr>
        <w:t xml:space="preserve"> </w:t>
      </w:r>
    </w:p>
    <w:p w14:paraId="58A93FE2" w14:textId="5E9D0A18" w:rsidR="00F113FC" w:rsidRPr="00046057" w:rsidRDefault="00000000" w:rsidP="00A662DF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warzywa :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szczypiorek ,</w:t>
      </w:r>
      <w:proofErr w:type="gramEnd"/>
      <w:r w:rsidRPr="00046057">
        <w:rPr>
          <w:lang w:val="pl-PL"/>
        </w:rPr>
        <w:t xml:space="preserve"> rzodkiewka </w:t>
      </w:r>
      <w:proofErr w:type="gramStart"/>
      <w:r w:rsidRPr="00046057">
        <w:rPr>
          <w:lang w:val="pl-PL"/>
        </w:rPr>
        <w:t>( 45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</w:p>
    <w:p w14:paraId="00000FF4" w14:textId="4DD3A6CC" w:rsidR="00F113FC" w:rsidRPr="00046057" w:rsidRDefault="00000000" w:rsidP="00A662DF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herbata  z</w:t>
      </w:r>
      <w:proofErr w:type="gramEnd"/>
      <w:r w:rsidRPr="00046057">
        <w:rPr>
          <w:lang w:val="pl-PL"/>
        </w:rPr>
        <w:t xml:space="preserve"> owoców leśnych bez cukru </w:t>
      </w:r>
      <w:proofErr w:type="gramStart"/>
      <w:r w:rsidRPr="00046057">
        <w:rPr>
          <w:lang w:val="pl-PL"/>
        </w:rPr>
        <w:t>( 200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  <w:r w:rsidR="00162FB9">
        <w:rPr>
          <w:lang w:val="pl-PL"/>
        </w:rPr>
        <w:t xml:space="preserve"> </w:t>
      </w:r>
    </w:p>
    <w:p w14:paraId="1D70B984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</w:t>
      </w:r>
    </w:p>
    <w:p w14:paraId="39C52DE1" w14:textId="192C6CCF" w:rsidR="00F113FC" w:rsidRPr="00046057" w:rsidRDefault="00000000" w:rsidP="00A662DF">
      <w:pPr>
        <w:keepLines/>
        <w:jc w:val="center"/>
        <w:rPr>
          <w:lang w:val="pl-PL"/>
        </w:rPr>
      </w:pPr>
      <w:proofErr w:type="gramStart"/>
      <w:r w:rsidRPr="00A662DF">
        <w:rPr>
          <w:b/>
          <w:bCs/>
          <w:highlight w:val="yellow"/>
          <w:lang w:val="pl-PL"/>
        </w:rPr>
        <w:t>Obiad</w:t>
      </w:r>
      <w:r w:rsidRPr="00A662DF">
        <w:rPr>
          <w:b/>
          <w:bCs/>
          <w:lang w:val="pl-PL"/>
        </w:rPr>
        <w:t xml:space="preserve"> </w:t>
      </w:r>
      <w:r w:rsidRPr="00046057">
        <w:rPr>
          <w:lang w:val="pl-PL"/>
        </w:rPr>
        <w:t>:</w:t>
      </w:r>
      <w:proofErr w:type="gramEnd"/>
      <w:r w:rsidR="00A662DF">
        <w:rPr>
          <w:lang w:val="pl-PL"/>
        </w:rPr>
        <w:t xml:space="preserve"> </w:t>
      </w:r>
      <w:r w:rsidRPr="00046057">
        <w:rPr>
          <w:lang w:val="pl-PL"/>
        </w:rPr>
        <w:t xml:space="preserve">zupa grochowa z warzywami i ziemniakami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  <w:r w:rsidR="00A662DF">
        <w:rPr>
          <w:lang w:val="pl-PL"/>
        </w:rPr>
        <w:t xml:space="preserve"> </w:t>
      </w:r>
      <w:r w:rsidRPr="00046057">
        <w:rPr>
          <w:lang w:val="pl-PL"/>
        </w:rPr>
        <w:t>zupa na wywarze warzywnym</w:t>
      </w:r>
    </w:p>
    <w:p w14:paraId="65358617" w14:textId="63B9D916" w:rsidR="00F113FC" w:rsidRPr="00046057" w:rsidRDefault="00000000" w:rsidP="00A662DF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łazanki z kapusta kiszona z pieczarkami z marchewka </w:t>
      </w:r>
      <w:proofErr w:type="gramStart"/>
      <w:r w:rsidRPr="00046057">
        <w:rPr>
          <w:lang w:val="pl-PL"/>
        </w:rPr>
        <w:t>( 240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g )</w:t>
      </w:r>
      <w:proofErr w:type="gramEnd"/>
      <w:r w:rsidR="00A662DF">
        <w:rPr>
          <w:lang w:val="pl-PL"/>
        </w:rPr>
        <w:t xml:space="preserve"> </w:t>
      </w:r>
    </w:p>
    <w:p w14:paraId="51661B03" w14:textId="77777777" w:rsidR="00F113FC" w:rsidRPr="00046057" w:rsidRDefault="00000000">
      <w:pPr>
        <w:keepLines/>
        <w:jc w:val="center"/>
        <w:rPr>
          <w:lang w:val="pl-PL"/>
        </w:rPr>
      </w:pPr>
      <w:r w:rsidRPr="00046057">
        <w:rPr>
          <w:lang w:val="pl-PL"/>
        </w:rPr>
        <w:t xml:space="preserve">woda z cytryna </w:t>
      </w:r>
      <w:proofErr w:type="gramStart"/>
      <w:r w:rsidRPr="00046057">
        <w:rPr>
          <w:lang w:val="pl-PL"/>
        </w:rPr>
        <w:t>( 250</w:t>
      </w:r>
      <w:proofErr w:type="gramEnd"/>
      <w:r w:rsidRPr="00046057">
        <w:rPr>
          <w:lang w:val="pl-PL"/>
        </w:rPr>
        <w:t xml:space="preserve"> </w:t>
      </w:r>
      <w:proofErr w:type="gramStart"/>
      <w:r w:rsidRPr="00046057">
        <w:rPr>
          <w:lang w:val="pl-PL"/>
        </w:rPr>
        <w:t>ml )</w:t>
      </w:r>
      <w:proofErr w:type="gramEnd"/>
    </w:p>
    <w:p w14:paraId="55272931" w14:textId="77777777" w:rsidR="00F113FC" w:rsidRPr="00046057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</w:t>
      </w:r>
    </w:p>
    <w:p w14:paraId="4C696763" w14:textId="0F10B92E" w:rsidR="00F113FC" w:rsidRPr="00046057" w:rsidRDefault="00000000" w:rsidP="00A662DF">
      <w:pPr>
        <w:keepLines/>
        <w:jc w:val="center"/>
        <w:rPr>
          <w:lang w:val="pl-PL"/>
        </w:rPr>
      </w:pPr>
      <w:r w:rsidRPr="00A662DF">
        <w:rPr>
          <w:b/>
          <w:bCs/>
          <w:highlight w:val="yellow"/>
          <w:lang w:val="pl-PL"/>
        </w:rPr>
        <w:t>Podwieczorek :</w:t>
      </w:r>
      <w:r w:rsidRPr="00046057">
        <w:rPr>
          <w:lang w:val="pl-PL"/>
        </w:rPr>
        <w:t xml:space="preserve"> racuchy z jabłuszkiem ( 90 g )</w:t>
      </w:r>
      <w:r w:rsidR="00DC6177">
        <w:rPr>
          <w:lang w:val="pl-PL"/>
        </w:rPr>
        <w:t xml:space="preserve"> </w:t>
      </w:r>
    </w:p>
    <w:p w14:paraId="02B02B24" w14:textId="77777777" w:rsidR="00F113FC" w:rsidRDefault="00000000">
      <w:pPr>
        <w:keepLines/>
        <w:jc w:val="center"/>
        <w:rPr>
          <w:lang w:val="pl-PL"/>
        </w:rPr>
      </w:pPr>
      <w:proofErr w:type="gramStart"/>
      <w:r w:rsidRPr="00046057">
        <w:rPr>
          <w:lang w:val="pl-PL"/>
        </w:rPr>
        <w:t>Alergeny :</w:t>
      </w:r>
      <w:proofErr w:type="gramEnd"/>
      <w:r w:rsidRPr="00046057">
        <w:rPr>
          <w:lang w:val="pl-PL"/>
        </w:rPr>
        <w:t xml:space="preserve"> 1,3,7</w:t>
      </w:r>
    </w:p>
    <w:p w14:paraId="3C1B7511" w14:textId="77777777" w:rsidR="001412DC" w:rsidRPr="009A7D78" w:rsidRDefault="001412DC" w:rsidP="001412DC">
      <w:pPr>
        <w:spacing w:after="200" w:line="276" w:lineRule="auto"/>
        <w:jc w:val="center"/>
        <w:rPr>
          <w:rFonts w:asciiTheme="minorHAnsi" w:eastAsiaTheme="minorEastAsia" w:hAnsiTheme="minorHAnsi"/>
          <w:i/>
          <w:sz w:val="16"/>
          <w:szCs w:val="16"/>
          <w:lang w:val="pl-PL"/>
        </w:rPr>
      </w:pPr>
      <w:r w:rsidRPr="009A7D78">
        <w:rPr>
          <w:rFonts w:ascii="Segoe UI Emoji" w:eastAsiaTheme="minorEastAsia" w:hAnsi="Segoe UI Emoji" w:cs="Segoe UI Emoji"/>
          <w:i/>
          <w:sz w:val="16"/>
          <w:szCs w:val="16"/>
        </w:rPr>
        <w:t>🥕</w:t>
      </w:r>
      <w:r w:rsidRPr="009A7D78">
        <w:rPr>
          <w:rFonts w:asciiTheme="minorHAnsi" w:eastAsiaTheme="minorEastAsia" w:hAnsiTheme="minorHAnsi"/>
          <w:i/>
          <w:sz w:val="16"/>
          <w:szCs w:val="16"/>
          <w:lang w:val="pl-PL"/>
        </w:rPr>
        <w:t xml:space="preserve"> Jadłospis może ulec zmianie z przyczyn niezależnych od kuchni. </w:t>
      </w:r>
      <w:r w:rsidRPr="009A7D78">
        <w:rPr>
          <w:rFonts w:ascii="Segoe UI Emoji" w:eastAsiaTheme="minorEastAsia" w:hAnsi="Segoe UI Emoji" w:cs="Segoe UI Emoji"/>
          <w:i/>
          <w:sz w:val="16"/>
          <w:szCs w:val="16"/>
        </w:rPr>
        <w:t>🥕</w:t>
      </w:r>
    </w:p>
    <w:p w14:paraId="0466D8A2" w14:textId="77777777" w:rsidR="001412DC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sz w:val="16"/>
          <w:szCs w:val="16"/>
          <w:lang w:val="pl-PL"/>
        </w:rPr>
      </w:pPr>
    </w:p>
    <w:p w14:paraId="7F56FA9C" w14:textId="77777777" w:rsidR="001412DC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sz w:val="16"/>
          <w:szCs w:val="16"/>
          <w:lang w:val="pl-PL"/>
        </w:rPr>
      </w:pPr>
    </w:p>
    <w:p w14:paraId="1772D6AD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sz w:val="16"/>
          <w:szCs w:val="16"/>
          <w:lang w:val="pl-PL"/>
        </w:rPr>
      </w:pPr>
    </w:p>
    <w:p w14:paraId="78916EF4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b/>
          <w:sz w:val="16"/>
          <w:szCs w:val="16"/>
          <w:lang w:val="pl-PL"/>
        </w:rPr>
        <w:t>Informacje dodatkowe</w:t>
      </w:r>
    </w:p>
    <w:p w14:paraId="7E5A7801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i/>
          <w:iCs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i/>
          <w:iCs/>
          <w:sz w:val="16"/>
          <w:szCs w:val="16"/>
          <w:lang w:val="pl-PL"/>
        </w:rPr>
        <w:t>- Wszystkie potrawy przygotowywane są na miejscu w kuchni szkolnej.</w:t>
      </w:r>
      <w:r w:rsidRPr="009A7D78">
        <w:rPr>
          <w:rFonts w:asciiTheme="minorHAnsi" w:eastAsiaTheme="minorEastAsia" w:hAnsiTheme="minorHAnsi"/>
          <w:i/>
          <w:iCs/>
          <w:sz w:val="16"/>
          <w:szCs w:val="16"/>
          <w:lang w:val="pl-PL"/>
        </w:rPr>
        <w:br/>
        <w:t>- Do posiłków podawane są napoje: herbata, kakao, inka, kompot, sok, woda, lemoniada…</w:t>
      </w:r>
      <w:r w:rsidRPr="009A7D78">
        <w:rPr>
          <w:rFonts w:asciiTheme="minorHAnsi" w:eastAsiaTheme="minorEastAsia" w:hAnsiTheme="minorHAnsi"/>
          <w:i/>
          <w:iCs/>
          <w:sz w:val="16"/>
          <w:szCs w:val="16"/>
          <w:lang w:val="pl-PL"/>
        </w:rPr>
        <w:br/>
        <w:t>- Menu może ulec zmianie w zależności od dostępności produktów.</w:t>
      </w:r>
      <w:r w:rsidRPr="009A7D78">
        <w:rPr>
          <w:rFonts w:asciiTheme="minorHAnsi" w:eastAsiaTheme="minorEastAsia" w:hAnsiTheme="minorHAnsi"/>
          <w:i/>
          <w:iCs/>
          <w:sz w:val="16"/>
          <w:szCs w:val="16"/>
          <w:lang w:val="pl-PL"/>
        </w:rPr>
        <w:br/>
        <w:t>- Lista alergenów dostępna jest w stołówce szkolnej.</w:t>
      </w:r>
    </w:p>
    <w:p w14:paraId="6FBAB7D2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692ADE0F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2C95DF82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0CAC53F3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  <w:r w:rsidRPr="009A7D78"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  <w:t xml:space="preserve">informacje o alergenach </w:t>
      </w:r>
    </w:p>
    <w:p w14:paraId="4A1D3CF6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lang w:val="pl-PL"/>
        </w:rPr>
        <w:t>Zgodnie z rozporządzeniem Parlamentu Europejskiego i Rady Nr 1169/2011 w sprawie przekazywania konsumentom informacji na temat żywności, które ze szczególnym uwzględnieniem alergenów, muszą być łatwo dostępne, tak aby rodzic miał świadomość, że w odniesieniu do danej żywności występują kwestie związane z alergiami i nietolerancją pokarmową. W związku z powyższym przy jadłospisie będzie można znaleźć spis alergenów, a przy każdym daniu numer alergenu jaki zawiera to danie.</w:t>
      </w:r>
    </w:p>
    <w:p w14:paraId="5EB87F3C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  <w:r w:rsidRPr="009A7D78"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  <w:t xml:space="preserve">Numery alergenów występujących w posiłkach: </w:t>
      </w:r>
    </w:p>
    <w:p w14:paraId="66F600C7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 w:eastAsia="pl-PL"/>
        </w:rPr>
        <w:t xml:space="preserve">Zboża zawierające gluten (pszenica, żyto, jęczmień, owies, orkisz, pszenica </w:t>
      </w:r>
      <w:proofErr w:type="spellStart"/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 w:eastAsia="pl-PL"/>
        </w:rPr>
        <w:t>kamut</w:t>
      </w:r>
      <w:proofErr w:type="spellEnd"/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 w:eastAsia="pl-PL"/>
        </w:rPr>
        <w:t>,)</w:t>
      </w:r>
    </w:p>
    <w:p w14:paraId="0688C649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 xml:space="preserve"> Skorupiaki i produkty pochodne (produkty przygotowane na ich bazie)</w:t>
      </w:r>
    </w:p>
    <w:p w14:paraId="482B98E3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Jaja i produkty pochodne (produkty przygotowane na ich bazie)</w:t>
      </w:r>
    </w:p>
    <w:p w14:paraId="4B952969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Ryby i produkty pochodne (produkty przygotowane na ich bazie)</w:t>
      </w:r>
    </w:p>
    <w:p w14:paraId="34627F08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Orzeszki ziemne (arachidowe i produkty przygotowane na ich bazie)</w:t>
      </w:r>
    </w:p>
    <w:p w14:paraId="41B0203C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Soja i produkty pochodne (produkty przygotowane na ich bazie)</w:t>
      </w:r>
    </w:p>
    <w:p w14:paraId="1CD17ED5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Mleko i produkty pochodne (produkty przygotowane na ich bazie)</w:t>
      </w:r>
    </w:p>
    <w:p w14:paraId="2BFB6D79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 xml:space="preserve">Orzechy (migdały, orzechy laskowe, orzechy włoskie, orzechy nerkowca, orzechy </w:t>
      </w:r>
      <w:proofErr w:type="spellStart"/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pekan</w:t>
      </w:r>
      <w:proofErr w:type="spellEnd"/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, orzechy brazylijskie, orzechy pistacjowe, orzechy makadamia lub orzechy oraz produkty przygotowane na ich bazie)</w:t>
      </w:r>
    </w:p>
    <w:p w14:paraId="67A3885B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Seler i produkty pochodne (produkty przygotowane na ich bazie)</w:t>
      </w:r>
    </w:p>
    <w:p w14:paraId="07B2FD41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Gorczyca i produkty pochodne (produkty przygotowane na ich bazie)</w:t>
      </w:r>
    </w:p>
    <w:p w14:paraId="78AA5331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Nasiona sezamu i produkty pochodne (przygotowane na ich bazie)</w:t>
      </w:r>
    </w:p>
    <w:p w14:paraId="394681ED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</w:rPr>
      </w:pPr>
      <w:proofErr w:type="spellStart"/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</w:rPr>
        <w:t>Dwutlenek</w:t>
      </w:r>
      <w:proofErr w:type="spellEnd"/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</w:rPr>
        <w:t>siarki</w:t>
      </w:r>
      <w:proofErr w:type="spellEnd"/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</w:rPr>
        <w:t xml:space="preserve"> </w:t>
      </w:r>
    </w:p>
    <w:p w14:paraId="60F33624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Łubin (produkty przygotowane na ich bazie)</w:t>
      </w:r>
    </w:p>
    <w:p w14:paraId="6D70E322" w14:textId="77777777" w:rsidR="001412DC" w:rsidRPr="009A7D78" w:rsidRDefault="001412DC" w:rsidP="001412DC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Mięczaki (produkty przygotowane na ich bazie)</w:t>
      </w:r>
    </w:p>
    <w:p w14:paraId="1EC68A50" w14:textId="77777777" w:rsidR="001412DC" w:rsidRPr="009A7D78" w:rsidRDefault="001412DC" w:rsidP="001412DC">
      <w:pPr>
        <w:spacing w:after="200" w:line="276" w:lineRule="auto"/>
        <w:jc w:val="center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41B4D563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516B04E4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11A77513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  <w:r w:rsidRPr="009A7D78"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  <w:t>Do przygotowania posiłków używane są przyprawy:</w:t>
      </w:r>
    </w:p>
    <w:p w14:paraId="60431000" w14:textId="77777777" w:rsidR="001412DC" w:rsidRPr="009A7D78" w:rsidRDefault="001412DC" w:rsidP="001412DC">
      <w:pPr>
        <w:spacing w:after="200" w:line="276" w:lineRule="auto"/>
        <w:jc w:val="center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u w:val="single"/>
          <w:lang w:val="pl-PL"/>
        </w:rPr>
      </w:pPr>
    </w:p>
    <w:p w14:paraId="07C9AF63" w14:textId="77777777" w:rsidR="001412DC" w:rsidRPr="009A7D78" w:rsidRDefault="001412DC" w:rsidP="001412DC">
      <w:pPr>
        <w:spacing w:after="200" w:line="276" w:lineRule="auto"/>
        <w:jc w:val="center"/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color w:val="000000" w:themeColor="text1"/>
          <w:sz w:val="16"/>
          <w:szCs w:val="16"/>
          <w:lang w:val="pl-PL"/>
        </w:rPr>
        <w:t>pieprz, ziele angielskie, liść laurowy, majeranek, oregano, bazylia, zioła prowansalskie, papryka słodka, pieprz ziołowy, kwasek cytrynowy, cukier waniliowy.</w:t>
      </w:r>
    </w:p>
    <w:p w14:paraId="5F5A2535" w14:textId="77777777" w:rsidR="001412DC" w:rsidRPr="009A7D78" w:rsidRDefault="001412DC" w:rsidP="001412DC">
      <w:pPr>
        <w:spacing w:after="200" w:line="276" w:lineRule="auto"/>
        <w:jc w:val="center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lang w:val="pl-PL"/>
        </w:rPr>
        <w:t>Zgodnie z informacjami od producentów mogą one zawierać śladowe ilości: glutenu, mleka, jaj, soi, selera, gorczycy.</w:t>
      </w:r>
    </w:p>
    <w:p w14:paraId="20523D98" w14:textId="77777777" w:rsidR="001412DC" w:rsidRPr="009A7D78" w:rsidRDefault="001412DC" w:rsidP="001412DC">
      <w:pPr>
        <w:spacing w:after="200" w:line="276" w:lineRule="auto"/>
        <w:jc w:val="center"/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lang w:val="pl-PL"/>
        </w:rPr>
      </w:pPr>
    </w:p>
    <w:p w14:paraId="0E11B3CF" w14:textId="77777777" w:rsidR="001412DC" w:rsidRPr="009A7D78" w:rsidRDefault="001412DC" w:rsidP="001412DC">
      <w:pPr>
        <w:spacing w:after="200" w:line="276" w:lineRule="auto"/>
        <w:rPr>
          <w:rFonts w:asciiTheme="minorHAnsi" w:eastAsiaTheme="minorEastAsia" w:hAnsiTheme="minorHAnsi"/>
          <w:sz w:val="16"/>
          <w:szCs w:val="16"/>
          <w:lang w:val="pl-PL"/>
        </w:rPr>
      </w:pPr>
      <w:r w:rsidRPr="009A7D78">
        <w:rPr>
          <w:rFonts w:asciiTheme="minorHAnsi" w:eastAsiaTheme="minorEastAsia" w:hAnsiTheme="minorHAnsi"/>
          <w:b/>
          <w:i/>
          <w:color w:val="000000" w:themeColor="text1"/>
          <w:sz w:val="16"/>
          <w:szCs w:val="16"/>
          <w:lang w:val="pl-PL"/>
        </w:rPr>
        <w:t>Również zgodnie z informacjami od producentów niektóre wyroby wędliniarskie mogą zawierać śladowe ilości soi</w:t>
      </w:r>
    </w:p>
    <w:p w14:paraId="4E168524" w14:textId="77777777" w:rsidR="001412DC" w:rsidRPr="00046057" w:rsidRDefault="001412DC">
      <w:pPr>
        <w:keepLines/>
        <w:jc w:val="center"/>
        <w:rPr>
          <w:lang w:val="pl-PL"/>
        </w:rPr>
      </w:pPr>
    </w:p>
    <w:sectPr w:rsidR="001412DC" w:rsidRPr="00046057" w:rsidSect="00034616">
      <w:pgSz w:w="12240" w:h="15840"/>
      <w:pgMar w:top="652" w:right="765" w:bottom="652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836CAF"/>
    <w:multiLevelType w:val="hybridMultilevel"/>
    <w:tmpl w:val="668228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490635">
    <w:abstractNumId w:val="8"/>
  </w:num>
  <w:num w:numId="2" w16cid:durableId="605044381">
    <w:abstractNumId w:val="6"/>
  </w:num>
  <w:num w:numId="3" w16cid:durableId="535850547">
    <w:abstractNumId w:val="5"/>
  </w:num>
  <w:num w:numId="4" w16cid:durableId="1896816758">
    <w:abstractNumId w:val="4"/>
  </w:num>
  <w:num w:numId="5" w16cid:durableId="784495620">
    <w:abstractNumId w:val="7"/>
  </w:num>
  <w:num w:numId="6" w16cid:durableId="1084570658">
    <w:abstractNumId w:val="3"/>
  </w:num>
  <w:num w:numId="7" w16cid:durableId="1084183168">
    <w:abstractNumId w:val="2"/>
  </w:num>
  <w:num w:numId="8" w16cid:durableId="2054423571">
    <w:abstractNumId w:val="1"/>
  </w:num>
  <w:num w:numId="9" w16cid:durableId="1375496759">
    <w:abstractNumId w:val="0"/>
  </w:num>
  <w:num w:numId="10" w16cid:durableId="15663808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057"/>
    <w:rsid w:val="0006063C"/>
    <w:rsid w:val="00071608"/>
    <w:rsid w:val="000C7A81"/>
    <w:rsid w:val="00121DCA"/>
    <w:rsid w:val="001412DC"/>
    <w:rsid w:val="0015074B"/>
    <w:rsid w:val="00162FB9"/>
    <w:rsid w:val="001F30BB"/>
    <w:rsid w:val="00231123"/>
    <w:rsid w:val="0029639D"/>
    <w:rsid w:val="002E65E7"/>
    <w:rsid w:val="00304EE5"/>
    <w:rsid w:val="00326F90"/>
    <w:rsid w:val="004920C6"/>
    <w:rsid w:val="00550B89"/>
    <w:rsid w:val="005C1FA4"/>
    <w:rsid w:val="00700DEB"/>
    <w:rsid w:val="00745A84"/>
    <w:rsid w:val="00A662DF"/>
    <w:rsid w:val="00A846B9"/>
    <w:rsid w:val="00AA1D8D"/>
    <w:rsid w:val="00AF3BF7"/>
    <w:rsid w:val="00B47730"/>
    <w:rsid w:val="00C87362"/>
    <w:rsid w:val="00CB0664"/>
    <w:rsid w:val="00D374B8"/>
    <w:rsid w:val="00DC6177"/>
    <w:rsid w:val="00E91896"/>
    <w:rsid w:val="00F113FC"/>
    <w:rsid w:val="00F41C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D648"/>
  <w14:defaultImageDpi w14:val="300"/>
  <w15:docId w15:val="{8A114AEA-A95B-4ABA-BDBC-D80DB2AD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704</Words>
  <Characters>4225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Mucha</cp:lastModifiedBy>
  <cp:revision>20</cp:revision>
  <cp:lastPrinted>2026-10-25T09:20:00Z</cp:lastPrinted>
  <dcterms:created xsi:type="dcterms:W3CDTF">2013-12-23T23:15:00Z</dcterms:created>
  <dcterms:modified xsi:type="dcterms:W3CDTF">2026-10-25T09:42:00Z</dcterms:modified>
  <cp:category/>
</cp:coreProperties>
</file>