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226A3" w14:textId="77777777" w:rsidR="00E72F7E" w:rsidRDefault="00000000" w:rsidP="00E47F7D">
      <w:pPr>
        <w:jc w:val="center"/>
        <w:rPr>
          <w:sz w:val="16"/>
          <w:szCs w:val="16"/>
          <w:lang w:val="pl-PL"/>
        </w:rPr>
      </w:pPr>
      <w:r w:rsidRPr="004264AC">
        <w:rPr>
          <w:b/>
          <w:i/>
          <w:iCs/>
          <w:sz w:val="16"/>
          <w:szCs w:val="16"/>
          <w:u w:val="single"/>
          <w:lang w:val="pl-PL"/>
        </w:rPr>
        <w:t>Jadłospis 05.10 - 09.10.26</w:t>
      </w:r>
      <w:r w:rsidRPr="004264AC">
        <w:rPr>
          <w:sz w:val="16"/>
          <w:szCs w:val="16"/>
          <w:lang w:val="pl-PL"/>
        </w:rPr>
        <w:br/>
      </w:r>
      <w:r w:rsidRPr="004264AC">
        <w:rPr>
          <w:b/>
          <w:bCs/>
          <w:sz w:val="16"/>
          <w:szCs w:val="16"/>
          <w:lang w:val="pl-PL"/>
        </w:rPr>
        <w:t>Poniedziałek 05.10</w:t>
      </w:r>
      <w:r w:rsidRPr="004264AC">
        <w:rPr>
          <w:sz w:val="16"/>
          <w:szCs w:val="16"/>
          <w:lang w:val="pl-PL"/>
        </w:rPr>
        <w:br/>
      </w:r>
      <w:r w:rsidRPr="004264AC">
        <w:rPr>
          <w:sz w:val="16"/>
          <w:szCs w:val="16"/>
          <w:highlight w:val="yellow"/>
          <w:lang w:val="pl-PL"/>
        </w:rPr>
        <w:t>Śniadanie</w:t>
      </w:r>
      <w:r w:rsidRPr="004264AC">
        <w:rPr>
          <w:sz w:val="16"/>
          <w:szCs w:val="16"/>
          <w:lang w:val="pl-PL"/>
        </w:rPr>
        <w:t xml:space="preserve"> : lane kluski z mlekiem ( 230 ml )</w:t>
      </w:r>
      <w:r w:rsidRPr="004264AC">
        <w:rPr>
          <w:sz w:val="16"/>
          <w:szCs w:val="16"/>
          <w:lang w:val="pl-PL"/>
        </w:rPr>
        <w:br/>
        <w:t>kanapka ( pieczywo wieloziarniste ) z masłem i szynka ( 65 g )warzywa : sałata , pomidor , ogórek ( 60 g )</w:t>
      </w:r>
      <w:r w:rsidRPr="004264AC">
        <w:rPr>
          <w:sz w:val="16"/>
          <w:szCs w:val="16"/>
          <w:lang w:val="pl-PL"/>
        </w:rPr>
        <w:br/>
        <w:t>herbata z cytryna 2 g cukru ( 200 ml )</w:t>
      </w:r>
      <w:r w:rsidRPr="004264AC">
        <w:rPr>
          <w:sz w:val="16"/>
          <w:szCs w:val="16"/>
          <w:lang w:val="pl-PL"/>
        </w:rPr>
        <w:br/>
        <w:t>Alergeny : 1,3,7</w:t>
      </w:r>
      <w:r w:rsidRPr="004264AC">
        <w:rPr>
          <w:sz w:val="16"/>
          <w:szCs w:val="16"/>
          <w:lang w:val="pl-PL"/>
        </w:rPr>
        <w:br/>
      </w:r>
      <w:r w:rsidRPr="004264AC">
        <w:rPr>
          <w:sz w:val="16"/>
          <w:szCs w:val="16"/>
          <w:highlight w:val="yellow"/>
          <w:lang w:val="pl-PL"/>
        </w:rPr>
        <w:t>Obiad :</w:t>
      </w:r>
      <w:r w:rsidRPr="004264AC">
        <w:rPr>
          <w:sz w:val="16"/>
          <w:szCs w:val="16"/>
          <w:lang w:val="pl-PL"/>
        </w:rPr>
        <w:t xml:space="preserve"> zupa krupnik jaglany z warzywami i ziemniakami ( 250 ml )</w:t>
      </w:r>
      <w:r w:rsidR="0050792B">
        <w:rPr>
          <w:sz w:val="16"/>
          <w:szCs w:val="16"/>
          <w:lang w:val="pl-PL"/>
        </w:rPr>
        <w:t xml:space="preserve"> </w:t>
      </w:r>
      <w:r w:rsidRPr="004264AC">
        <w:rPr>
          <w:sz w:val="16"/>
          <w:szCs w:val="16"/>
          <w:lang w:val="pl-PL"/>
        </w:rPr>
        <w:t>zupa na wywarze warzywnym</w:t>
      </w:r>
      <w:r w:rsidRPr="004264AC">
        <w:rPr>
          <w:sz w:val="16"/>
          <w:szCs w:val="16"/>
          <w:lang w:val="pl-PL"/>
        </w:rPr>
        <w:br/>
      </w:r>
      <w:proofErr w:type="spellStart"/>
      <w:r w:rsidRPr="004264AC">
        <w:rPr>
          <w:sz w:val="16"/>
          <w:szCs w:val="16"/>
          <w:lang w:val="pl-PL"/>
        </w:rPr>
        <w:t>s</w:t>
      </w:r>
      <w:r w:rsidR="0050792B">
        <w:rPr>
          <w:sz w:val="16"/>
          <w:szCs w:val="16"/>
          <w:lang w:val="pl-PL"/>
        </w:rPr>
        <w:t>hoarma</w:t>
      </w:r>
      <w:proofErr w:type="spellEnd"/>
      <w:r w:rsidRPr="004264AC">
        <w:rPr>
          <w:sz w:val="16"/>
          <w:szCs w:val="16"/>
          <w:lang w:val="pl-PL"/>
        </w:rPr>
        <w:t xml:space="preserve"> z kurczaka ( 90 g ) kasza </w:t>
      </w:r>
      <w:proofErr w:type="spellStart"/>
      <w:r w:rsidRPr="004264AC">
        <w:rPr>
          <w:sz w:val="16"/>
          <w:szCs w:val="16"/>
          <w:lang w:val="pl-PL"/>
        </w:rPr>
        <w:t>bulgur</w:t>
      </w:r>
      <w:proofErr w:type="spellEnd"/>
      <w:r w:rsidRPr="004264AC">
        <w:rPr>
          <w:sz w:val="16"/>
          <w:szCs w:val="16"/>
          <w:lang w:val="pl-PL"/>
        </w:rPr>
        <w:t xml:space="preserve"> ( 150 g )</w:t>
      </w:r>
      <w:r w:rsidR="0050792B">
        <w:rPr>
          <w:sz w:val="16"/>
          <w:szCs w:val="16"/>
          <w:lang w:val="pl-PL"/>
        </w:rPr>
        <w:t xml:space="preserve"> </w:t>
      </w:r>
      <w:r w:rsidRPr="004264AC">
        <w:rPr>
          <w:sz w:val="16"/>
          <w:szCs w:val="16"/>
          <w:lang w:val="pl-PL"/>
        </w:rPr>
        <w:t>surówka z białej kapusty z papryka z ogórkiem ( 100 g )</w:t>
      </w:r>
      <w:r w:rsidRPr="004264AC">
        <w:rPr>
          <w:sz w:val="16"/>
          <w:szCs w:val="16"/>
          <w:lang w:val="pl-PL"/>
        </w:rPr>
        <w:br/>
        <w:t>woda z cytryna bez cukru ( 250 ml )</w:t>
      </w:r>
      <w:r w:rsidRPr="004264AC">
        <w:rPr>
          <w:sz w:val="16"/>
          <w:szCs w:val="16"/>
          <w:lang w:val="pl-PL"/>
        </w:rPr>
        <w:br/>
        <w:t>Alergeny : 1,7,9</w:t>
      </w:r>
      <w:r w:rsidRPr="004264AC">
        <w:rPr>
          <w:sz w:val="16"/>
          <w:szCs w:val="16"/>
          <w:lang w:val="pl-PL"/>
        </w:rPr>
        <w:br/>
      </w:r>
      <w:r w:rsidRPr="004264AC">
        <w:rPr>
          <w:sz w:val="16"/>
          <w:szCs w:val="16"/>
          <w:highlight w:val="yellow"/>
          <w:lang w:val="pl-PL"/>
        </w:rPr>
        <w:t>Podwieczorek :</w:t>
      </w:r>
      <w:r w:rsidRPr="004264AC">
        <w:rPr>
          <w:sz w:val="16"/>
          <w:szCs w:val="16"/>
          <w:lang w:val="pl-PL"/>
        </w:rPr>
        <w:t xml:space="preserve"> budyń z bananem ( 200 ml )</w:t>
      </w:r>
      <w:r w:rsidR="0050792B">
        <w:rPr>
          <w:sz w:val="16"/>
          <w:szCs w:val="16"/>
          <w:lang w:val="pl-PL"/>
        </w:rPr>
        <w:t xml:space="preserve"> </w:t>
      </w:r>
      <w:r w:rsidRPr="004264AC">
        <w:rPr>
          <w:sz w:val="16"/>
          <w:szCs w:val="16"/>
          <w:lang w:val="pl-PL"/>
        </w:rPr>
        <w:t>ciastka owsiane 4szt</w:t>
      </w:r>
      <w:r w:rsidRPr="004264AC">
        <w:rPr>
          <w:sz w:val="16"/>
          <w:szCs w:val="16"/>
          <w:lang w:val="pl-PL"/>
        </w:rPr>
        <w:br/>
        <w:t>Alergeny : 1,3,7</w:t>
      </w:r>
      <w:r w:rsidRPr="004264AC">
        <w:rPr>
          <w:sz w:val="16"/>
          <w:szCs w:val="16"/>
          <w:lang w:val="pl-PL"/>
        </w:rPr>
        <w:br/>
      </w:r>
      <w:r w:rsidRPr="004264AC">
        <w:rPr>
          <w:b/>
          <w:bCs/>
          <w:i/>
          <w:iCs/>
          <w:sz w:val="16"/>
          <w:szCs w:val="16"/>
          <w:lang w:val="pl-PL"/>
        </w:rPr>
        <w:t>Wtorek 06.10</w:t>
      </w:r>
      <w:r w:rsidRPr="004264AC">
        <w:rPr>
          <w:sz w:val="16"/>
          <w:szCs w:val="16"/>
          <w:lang w:val="pl-PL"/>
        </w:rPr>
        <w:br/>
      </w:r>
      <w:r w:rsidRPr="004264AC">
        <w:rPr>
          <w:sz w:val="16"/>
          <w:szCs w:val="16"/>
          <w:highlight w:val="yellow"/>
          <w:lang w:val="pl-PL"/>
        </w:rPr>
        <w:t>Śniadanie :</w:t>
      </w:r>
      <w:r w:rsidRPr="004264AC">
        <w:rPr>
          <w:sz w:val="16"/>
          <w:szCs w:val="16"/>
          <w:lang w:val="pl-PL"/>
        </w:rPr>
        <w:t xml:space="preserve"> owsianka na mleku z tartą gruszka ( 230 ml )</w:t>
      </w:r>
      <w:r w:rsidRPr="004264AC">
        <w:rPr>
          <w:sz w:val="16"/>
          <w:szCs w:val="16"/>
          <w:lang w:val="pl-PL"/>
        </w:rPr>
        <w:br/>
        <w:t>kanapka ( pieczywo pszenne ) z masłem z pasztetem ( 65 g )</w:t>
      </w:r>
      <w:r w:rsidR="0050792B">
        <w:rPr>
          <w:sz w:val="16"/>
          <w:szCs w:val="16"/>
          <w:lang w:val="pl-PL"/>
        </w:rPr>
        <w:t xml:space="preserve"> </w:t>
      </w:r>
      <w:r w:rsidRPr="004264AC">
        <w:rPr>
          <w:sz w:val="16"/>
          <w:szCs w:val="16"/>
          <w:lang w:val="pl-PL"/>
        </w:rPr>
        <w:t>warzywa : sałata , ogórek konserwowy , papryka ( 60 g )</w:t>
      </w:r>
      <w:r w:rsidRPr="004264AC">
        <w:rPr>
          <w:sz w:val="16"/>
          <w:szCs w:val="16"/>
          <w:lang w:val="pl-PL"/>
        </w:rPr>
        <w:br/>
        <w:t>herbata z owoców leśnych 2 g cukru ( 200 ml )</w:t>
      </w:r>
      <w:r w:rsidRPr="004264AC">
        <w:rPr>
          <w:sz w:val="16"/>
          <w:szCs w:val="16"/>
          <w:lang w:val="pl-PL"/>
        </w:rPr>
        <w:br/>
        <w:t>Alergeny : 1,7</w:t>
      </w:r>
      <w:r w:rsidRPr="004264AC">
        <w:rPr>
          <w:sz w:val="16"/>
          <w:szCs w:val="16"/>
          <w:lang w:val="pl-PL"/>
        </w:rPr>
        <w:br/>
      </w:r>
      <w:r w:rsidRPr="004264AC">
        <w:rPr>
          <w:sz w:val="16"/>
          <w:szCs w:val="16"/>
          <w:highlight w:val="yellow"/>
          <w:lang w:val="pl-PL"/>
        </w:rPr>
        <w:t>Obiad :</w:t>
      </w:r>
      <w:r w:rsidRPr="004264AC">
        <w:rPr>
          <w:sz w:val="16"/>
          <w:szCs w:val="16"/>
          <w:lang w:val="pl-PL"/>
        </w:rPr>
        <w:t xml:space="preserve"> zupa szczawiowa z jajkiem z warzywami i ziemniakami ( 250 ml )</w:t>
      </w:r>
      <w:r w:rsidR="0050792B">
        <w:rPr>
          <w:sz w:val="16"/>
          <w:szCs w:val="16"/>
          <w:lang w:val="pl-PL"/>
        </w:rPr>
        <w:t xml:space="preserve"> </w:t>
      </w:r>
      <w:r w:rsidRPr="004264AC">
        <w:rPr>
          <w:sz w:val="16"/>
          <w:szCs w:val="16"/>
          <w:lang w:val="pl-PL"/>
        </w:rPr>
        <w:t>zupa na wywarze warzywnym</w:t>
      </w:r>
      <w:r w:rsidRPr="004264AC">
        <w:rPr>
          <w:sz w:val="16"/>
          <w:szCs w:val="16"/>
          <w:lang w:val="pl-PL"/>
        </w:rPr>
        <w:br/>
        <w:t xml:space="preserve">spaghetti </w:t>
      </w:r>
      <w:proofErr w:type="spellStart"/>
      <w:r w:rsidRPr="004264AC">
        <w:rPr>
          <w:sz w:val="16"/>
          <w:szCs w:val="16"/>
          <w:lang w:val="pl-PL"/>
        </w:rPr>
        <w:t>bolo</w:t>
      </w:r>
      <w:r w:rsidR="0050792B">
        <w:rPr>
          <w:sz w:val="16"/>
          <w:szCs w:val="16"/>
          <w:lang w:val="pl-PL"/>
        </w:rPr>
        <w:t>gnese</w:t>
      </w:r>
      <w:proofErr w:type="spellEnd"/>
      <w:r w:rsidRPr="004264AC">
        <w:rPr>
          <w:sz w:val="16"/>
          <w:szCs w:val="16"/>
          <w:lang w:val="pl-PL"/>
        </w:rPr>
        <w:t xml:space="preserve"> ( mięso wołowo - wieprzowe ) z marchewka z pomidorami z żółtym serem i ziołami ( 250 g )</w:t>
      </w:r>
      <w:r w:rsidRPr="004264AC">
        <w:rPr>
          <w:sz w:val="16"/>
          <w:szCs w:val="16"/>
          <w:lang w:val="pl-PL"/>
        </w:rPr>
        <w:br/>
        <w:t>kompot z mieszanki owocowej 2 g cukru ( 250 ml )</w:t>
      </w:r>
      <w:r w:rsidRPr="004264AC">
        <w:rPr>
          <w:sz w:val="16"/>
          <w:szCs w:val="16"/>
          <w:lang w:val="pl-PL"/>
        </w:rPr>
        <w:br/>
        <w:t>Alergeny : 1,3,7,9</w:t>
      </w:r>
      <w:r w:rsidRPr="004264AC">
        <w:rPr>
          <w:sz w:val="16"/>
          <w:szCs w:val="16"/>
          <w:lang w:val="pl-PL"/>
        </w:rPr>
        <w:br/>
      </w:r>
      <w:r w:rsidRPr="004264AC">
        <w:rPr>
          <w:sz w:val="16"/>
          <w:szCs w:val="16"/>
          <w:highlight w:val="yellow"/>
          <w:lang w:val="pl-PL"/>
        </w:rPr>
        <w:t>Podwieczorek</w:t>
      </w:r>
      <w:r w:rsidRPr="004264AC">
        <w:rPr>
          <w:sz w:val="16"/>
          <w:szCs w:val="16"/>
          <w:lang w:val="pl-PL"/>
        </w:rPr>
        <w:t xml:space="preserve"> : drożdżowe bułeczki nadziewane z kruszonka ( 90 g )</w:t>
      </w:r>
      <w:r w:rsidR="0050792B">
        <w:rPr>
          <w:sz w:val="16"/>
          <w:szCs w:val="16"/>
          <w:lang w:val="pl-PL"/>
        </w:rPr>
        <w:t xml:space="preserve"> </w:t>
      </w:r>
      <w:r w:rsidRPr="004264AC">
        <w:rPr>
          <w:sz w:val="16"/>
          <w:szCs w:val="16"/>
          <w:lang w:val="pl-PL"/>
        </w:rPr>
        <w:t>melon ( 60 g )</w:t>
      </w:r>
      <w:r w:rsidRPr="004264AC">
        <w:rPr>
          <w:sz w:val="16"/>
          <w:szCs w:val="16"/>
          <w:lang w:val="pl-PL"/>
        </w:rPr>
        <w:br/>
        <w:t>Alergeny : 1,3,7</w:t>
      </w:r>
      <w:r w:rsidRPr="004264AC">
        <w:rPr>
          <w:sz w:val="16"/>
          <w:szCs w:val="16"/>
          <w:lang w:val="pl-PL"/>
        </w:rPr>
        <w:br/>
      </w:r>
      <w:r w:rsidRPr="004264AC">
        <w:rPr>
          <w:b/>
          <w:bCs/>
          <w:i/>
          <w:iCs/>
          <w:sz w:val="16"/>
          <w:szCs w:val="16"/>
          <w:lang w:val="pl-PL"/>
        </w:rPr>
        <w:t>Środa 07.10</w:t>
      </w:r>
      <w:r w:rsidRPr="004264AC">
        <w:rPr>
          <w:sz w:val="16"/>
          <w:szCs w:val="16"/>
          <w:lang w:val="pl-PL"/>
        </w:rPr>
        <w:br/>
      </w:r>
      <w:r w:rsidRPr="004264AC">
        <w:rPr>
          <w:sz w:val="16"/>
          <w:szCs w:val="16"/>
          <w:highlight w:val="yellow"/>
          <w:lang w:val="pl-PL"/>
        </w:rPr>
        <w:t>Śniadanie :</w:t>
      </w:r>
      <w:r w:rsidRPr="004264AC">
        <w:rPr>
          <w:sz w:val="16"/>
          <w:szCs w:val="16"/>
          <w:lang w:val="pl-PL"/>
        </w:rPr>
        <w:t xml:space="preserve"> naleśniki z mąki pszennej i orkiszowej z białym serem i brzoskwiniami ( 130 g )</w:t>
      </w:r>
      <w:r w:rsidRPr="004264AC">
        <w:rPr>
          <w:sz w:val="16"/>
          <w:szCs w:val="16"/>
          <w:lang w:val="pl-PL"/>
        </w:rPr>
        <w:br/>
        <w:t>herbata z miodem ( 200 ml )</w:t>
      </w:r>
      <w:r w:rsidRPr="004264AC">
        <w:rPr>
          <w:sz w:val="16"/>
          <w:szCs w:val="16"/>
          <w:lang w:val="pl-PL"/>
        </w:rPr>
        <w:br/>
        <w:t>Alergeny : 1,3,7</w:t>
      </w:r>
      <w:r w:rsidRPr="004264AC">
        <w:rPr>
          <w:sz w:val="16"/>
          <w:szCs w:val="16"/>
          <w:lang w:val="pl-PL"/>
        </w:rPr>
        <w:br/>
      </w:r>
      <w:r w:rsidRPr="004264AC">
        <w:rPr>
          <w:sz w:val="16"/>
          <w:szCs w:val="16"/>
          <w:highlight w:val="yellow"/>
          <w:lang w:val="pl-PL"/>
        </w:rPr>
        <w:t>Obiad :</w:t>
      </w:r>
      <w:r w:rsidRPr="004264AC">
        <w:rPr>
          <w:sz w:val="16"/>
          <w:szCs w:val="16"/>
          <w:lang w:val="pl-PL"/>
        </w:rPr>
        <w:t xml:space="preserve"> zupa grochowa z warzywami i ziemniakami ( 250 ml )</w:t>
      </w:r>
      <w:r w:rsidR="00BE04F6">
        <w:rPr>
          <w:sz w:val="16"/>
          <w:szCs w:val="16"/>
          <w:lang w:val="pl-PL"/>
        </w:rPr>
        <w:t xml:space="preserve"> </w:t>
      </w:r>
      <w:r w:rsidRPr="004264AC">
        <w:rPr>
          <w:sz w:val="16"/>
          <w:szCs w:val="16"/>
          <w:lang w:val="pl-PL"/>
        </w:rPr>
        <w:t>zupa na wywarze warzywnym</w:t>
      </w:r>
      <w:r w:rsidRPr="004264AC">
        <w:rPr>
          <w:sz w:val="16"/>
          <w:szCs w:val="16"/>
          <w:lang w:val="pl-PL"/>
        </w:rPr>
        <w:br/>
        <w:t xml:space="preserve">makaron </w:t>
      </w:r>
      <w:proofErr w:type="spellStart"/>
      <w:r w:rsidRPr="004264AC">
        <w:rPr>
          <w:sz w:val="16"/>
          <w:szCs w:val="16"/>
          <w:lang w:val="pl-PL"/>
        </w:rPr>
        <w:t>fusilli</w:t>
      </w:r>
      <w:proofErr w:type="spellEnd"/>
      <w:r w:rsidRPr="004264AC">
        <w:rPr>
          <w:sz w:val="16"/>
          <w:szCs w:val="16"/>
          <w:lang w:val="pl-PL"/>
        </w:rPr>
        <w:t xml:space="preserve"> </w:t>
      </w:r>
      <w:proofErr w:type="spellStart"/>
      <w:r w:rsidRPr="004264AC">
        <w:rPr>
          <w:sz w:val="16"/>
          <w:szCs w:val="16"/>
          <w:lang w:val="pl-PL"/>
        </w:rPr>
        <w:t>durum</w:t>
      </w:r>
      <w:proofErr w:type="spellEnd"/>
      <w:r w:rsidRPr="004264AC">
        <w:rPr>
          <w:sz w:val="16"/>
          <w:szCs w:val="16"/>
          <w:lang w:val="pl-PL"/>
        </w:rPr>
        <w:t xml:space="preserve"> ze szpinakiem i z suszonymi pomidorami</w:t>
      </w:r>
      <w:r w:rsidR="00BE04F6">
        <w:rPr>
          <w:sz w:val="16"/>
          <w:szCs w:val="16"/>
          <w:lang w:val="pl-PL"/>
        </w:rPr>
        <w:t xml:space="preserve">/ </w:t>
      </w:r>
      <w:r w:rsidRPr="004264AC">
        <w:rPr>
          <w:sz w:val="16"/>
          <w:szCs w:val="16"/>
          <w:lang w:val="pl-PL"/>
        </w:rPr>
        <w:t>surówka z marchewki i jabłka ( 100 g )</w:t>
      </w:r>
      <w:r w:rsidRPr="004264AC">
        <w:rPr>
          <w:sz w:val="16"/>
          <w:szCs w:val="16"/>
          <w:lang w:val="pl-PL"/>
        </w:rPr>
        <w:br/>
        <w:t>woda z cytryna bez cukru ( 250 ml )</w:t>
      </w:r>
      <w:r w:rsidRPr="004264AC">
        <w:rPr>
          <w:sz w:val="16"/>
          <w:szCs w:val="16"/>
          <w:lang w:val="pl-PL"/>
        </w:rPr>
        <w:br/>
        <w:t>Alergeny : 1,9</w:t>
      </w:r>
      <w:r w:rsidRPr="004264AC">
        <w:rPr>
          <w:sz w:val="16"/>
          <w:szCs w:val="16"/>
          <w:lang w:val="pl-PL"/>
        </w:rPr>
        <w:br/>
      </w:r>
      <w:r w:rsidRPr="004264AC">
        <w:rPr>
          <w:sz w:val="16"/>
          <w:szCs w:val="16"/>
          <w:highlight w:val="yellow"/>
          <w:lang w:val="pl-PL"/>
        </w:rPr>
        <w:t>Podwieczorek :</w:t>
      </w:r>
      <w:r w:rsidRPr="004264AC">
        <w:rPr>
          <w:sz w:val="16"/>
          <w:szCs w:val="16"/>
          <w:lang w:val="pl-PL"/>
        </w:rPr>
        <w:t xml:space="preserve"> babka z kaszy manny z budyniem i jabłuszkiem</w:t>
      </w:r>
      <w:r w:rsidR="00BE04F6">
        <w:rPr>
          <w:sz w:val="16"/>
          <w:szCs w:val="16"/>
          <w:lang w:val="pl-PL"/>
        </w:rPr>
        <w:t xml:space="preserve"> </w:t>
      </w:r>
      <w:r w:rsidRPr="004264AC">
        <w:rPr>
          <w:sz w:val="16"/>
          <w:szCs w:val="16"/>
          <w:lang w:val="pl-PL"/>
        </w:rPr>
        <w:t>z sokiem malinowym ( 200 g )</w:t>
      </w:r>
      <w:r w:rsidRPr="004264AC">
        <w:rPr>
          <w:sz w:val="16"/>
          <w:szCs w:val="16"/>
          <w:lang w:val="pl-PL"/>
        </w:rPr>
        <w:br/>
        <w:t>Alergeny : 1,7</w:t>
      </w:r>
      <w:r w:rsidRPr="004264AC">
        <w:rPr>
          <w:sz w:val="16"/>
          <w:szCs w:val="16"/>
          <w:lang w:val="pl-PL"/>
        </w:rPr>
        <w:br/>
      </w:r>
      <w:r w:rsidRPr="004264AC">
        <w:rPr>
          <w:b/>
          <w:bCs/>
          <w:i/>
          <w:iCs/>
          <w:sz w:val="16"/>
          <w:szCs w:val="16"/>
          <w:lang w:val="pl-PL"/>
        </w:rPr>
        <w:t>Czwartek 08.10</w:t>
      </w:r>
      <w:r w:rsidRPr="004264AC">
        <w:rPr>
          <w:sz w:val="16"/>
          <w:szCs w:val="16"/>
          <w:lang w:val="pl-PL"/>
        </w:rPr>
        <w:br/>
      </w:r>
      <w:r w:rsidRPr="004264AC">
        <w:rPr>
          <w:sz w:val="16"/>
          <w:szCs w:val="16"/>
          <w:highlight w:val="yellow"/>
          <w:lang w:val="pl-PL"/>
        </w:rPr>
        <w:t>Śniadanie :</w:t>
      </w:r>
      <w:r w:rsidRPr="004264AC">
        <w:rPr>
          <w:sz w:val="16"/>
          <w:szCs w:val="16"/>
          <w:lang w:val="pl-PL"/>
        </w:rPr>
        <w:t xml:space="preserve"> płatki kakaowe na mleku ( 230 ml )</w:t>
      </w:r>
      <w:r w:rsidRPr="004264AC">
        <w:rPr>
          <w:sz w:val="16"/>
          <w:szCs w:val="16"/>
          <w:lang w:val="pl-PL"/>
        </w:rPr>
        <w:br/>
        <w:t>kanapki ( pieczywo żytnie ) z masłem i polędwicą ( 65 g )</w:t>
      </w:r>
      <w:r w:rsidR="00BE04F6">
        <w:rPr>
          <w:sz w:val="16"/>
          <w:szCs w:val="16"/>
          <w:lang w:val="pl-PL"/>
        </w:rPr>
        <w:t xml:space="preserve"> </w:t>
      </w:r>
      <w:r w:rsidRPr="004264AC">
        <w:rPr>
          <w:sz w:val="16"/>
          <w:szCs w:val="16"/>
          <w:lang w:val="pl-PL"/>
        </w:rPr>
        <w:t xml:space="preserve">warzywa : sałata , pomidorki </w:t>
      </w:r>
      <w:proofErr w:type="spellStart"/>
      <w:r w:rsidRPr="004264AC">
        <w:rPr>
          <w:sz w:val="16"/>
          <w:szCs w:val="16"/>
          <w:lang w:val="pl-PL"/>
        </w:rPr>
        <w:t>cherry</w:t>
      </w:r>
      <w:proofErr w:type="spellEnd"/>
      <w:r w:rsidRPr="004264AC">
        <w:rPr>
          <w:sz w:val="16"/>
          <w:szCs w:val="16"/>
          <w:lang w:val="pl-PL"/>
        </w:rPr>
        <w:t xml:space="preserve"> i ogórek ( 60 g )</w:t>
      </w:r>
      <w:r w:rsidRPr="004264AC">
        <w:rPr>
          <w:sz w:val="16"/>
          <w:szCs w:val="16"/>
          <w:lang w:val="pl-PL"/>
        </w:rPr>
        <w:br/>
        <w:t>herbata malinowa cukier 2 g ( 200 ml )</w:t>
      </w:r>
      <w:r w:rsidRPr="004264AC">
        <w:rPr>
          <w:sz w:val="16"/>
          <w:szCs w:val="16"/>
          <w:lang w:val="pl-PL"/>
        </w:rPr>
        <w:br/>
        <w:t>Alergeny : 1,7</w:t>
      </w:r>
      <w:r w:rsidRPr="004264AC">
        <w:rPr>
          <w:sz w:val="16"/>
          <w:szCs w:val="16"/>
          <w:lang w:val="pl-PL"/>
        </w:rPr>
        <w:br/>
      </w:r>
      <w:r w:rsidRPr="004264AC">
        <w:rPr>
          <w:sz w:val="16"/>
          <w:szCs w:val="16"/>
          <w:highlight w:val="yellow"/>
          <w:lang w:val="pl-PL"/>
        </w:rPr>
        <w:t>Obiad :</w:t>
      </w:r>
      <w:r w:rsidRPr="004264AC">
        <w:rPr>
          <w:sz w:val="16"/>
          <w:szCs w:val="16"/>
          <w:lang w:val="pl-PL"/>
        </w:rPr>
        <w:t xml:space="preserve"> zupa dyniowa z warzywami i </w:t>
      </w:r>
      <w:proofErr w:type="spellStart"/>
      <w:r w:rsidRPr="004264AC">
        <w:rPr>
          <w:sz w:val="16"/>
          <w:szCs w:val="16"/>
          <w:lang w:val="pl-PL"/>
        </w:rPr>
        <w:t>orzo</w:t>
      </w:r>
      <w:proofErr w:type="spellEnd"/>
      <w:r w:rsidRPr="004264AC">
        <w:rPr>
          <w:sz w:val="16"/>
          <w:szCs w:val="16"/>
          <w:lang w:val="pl-PL"/>
        </w:rPr>
        <w:t xml:space="preserve"> ( 250 ml )</w:t>
      </w:r>
      <w:r w:rsidR="00BE04F6">
        <w:rPr>
          <w:sz w:val="16"/>
          <w:szCs w:val="16"/>
          <w:lang w:val="pl-PL"/>
        </w:rPr>
        <w:t xml:space="preserve"> </w:t>
      </w:r>
      <w:r w:rsidRPr="004264AC">
        <w:rPr>
          <w:sz w:val="16"/>
          <w:szCs w:val="16"/>
          <w:lang w:val="pl-PL"/>
        </w:rPr>
        <w:t>zupa na wywarze warzywnym</w:t>
      </w:r>
      <w:r w:rsidRPr="004264AC">
        <w:rPr>
          <w:sz w:val="16"/>
          <w:szCs w:val="16"/>
          <w:lang w:val="pl-PL"/>
        </w:rPr>
        <w:br/>
        <w:t>burger rybny z dorsza ( 90 g ) ziemniaki ( 150 g )</w:t>
      </w:r>
      <w:r w:rsidR="00BE04F6">
        <w:rPr>
          <w:sz w:val="16"/>
          <w:szCs w:val="16"/>
          <w:lang w:val="pl-PL"/>
        </w:rPr>
        <w:t xml:space="preserve"> </w:t>
      </w:r>
      <w:r w:rsidRPr="004264AC">
        <w:rPr>
          <w:sz w:val="16"/>
          <w:szCs w:val="16"/>
          <w:lang w:val="pl-PL"/>
        </w:rPr>
        <w:t>surówka z kiszonej kapusty z marchewka i jabłkiem ( 100 g )</w:t>
      </w:r>
      <w:r w:rsidRPr="004264AC">
        <w:rPr>
          <w:sz w:val="16"/>
          <w:szCs w:val="16"/>
          <w:lang w:val="pl-PL"/>
        </w:rPr>
        <w:br/>
        <w:t>kompot owocowy bez cukru ( 250 ml )</w:t>
      </w:r>
      <w:r w:rsidRPr="004264AC">
        <w:rPr>
          <w:sz w:val="16"/>
          <w:szCs w:val="16"/>
          <w:lang w:val="pl-PL"/>
        </w:rPr>
        <w:br/>
        <w:t>Alergeny : 1,3,4,7,9</w:t>
      </w:r>
      <w:r w:rsidRPr="004264AC">
        <w:rPr>
          <w:sz w:val="16"/>
          <w:szCs w:val="16"/>
          <w:lang w:val="pl-PL"/>
        </w:rPr>
        <w:br/>
      </w:r>
      <w:r w:rsidRPr="004264AC">
        <w:rPr>
          <w:sz w:val="16"/>
          <w:szCs w:val="16"/>
          <w:highlight w:val="yellow"/>
          <w:lang w:val="pl-PL"/>
        </w:rPr>
        <w:t>Podwieczorek :</w:t>
      </w:r>
      <w:r w:rsidRPr="004264AC">
        <w:rPr>
          <w:sz w:val="16"/>
          <w:szCs w:val="16"/>
          <w:lang w:val="pl-PL"/>
        </w:rPr>
        <w:t xml:space="preserve"> </w:t>
      </w:r>
      <w:proofErr w:type="spellStart"/>
      <w:r w:rsidRPr="004264AC">
        <w:rPr>
          <w:sz w:val="16"/>
          <w:szCs w:val="16"/>
          <w:lang w:val="pl-PL"/>
        </w:rPr>
        <w:t>muffinki</w:t>
      </w:r>
      <w:proofErr w:type="spellEnd"/>
      <w:r w:rsidRPr="004264AC">
        <w:rPr>
          <w:sz w:val="16"/>
          <w:szCs w:val="16"/>
          <w:lang w:val="pl-PL"/>
        </w:rPr>
        <w:t xml:space="preserve"> buraczane z brzoskwiniami na jogurcie ( 90 g )</w:t>
      </w:r>
      <w:r w:rsidRPr="004264AC">
        <w:rPr>
          <w:sz w:val="16"/>
          <w:szCs w:val="16"/>
          <w:lang w:val="pl-PL"/>
        </w:rPr>
        <w:br/>
        <w:t>Alergeny : 1,3,7</w:t>
      </w:r>
      <w:r w:rsidRPr="004264AC">
        <w:rPr>
          <w:sz w:val="16"/>
          <w:szCs w:val="16"/>
          <w:lang w:val="pl-PL"/>
        </w:rPr>
        <w:br/>
      </w:r>
      <w:r w:rsidRPr="004264AC">
        <w:rPr>
          <w:b/>
          <w:bCs/>
          <w:i/>
          <w:iCs/>
          <w:sz w:val="16"/>
          <w:szCs w:val="16"/>
          <w:lang w:val="pl-PL"/>
        </w:rPr>
        <w:t>Piątek 09.10</w:t>
      </w:r>
      <w:r w:rsidRPr="004264AC">
        <w:rPr>
          <w:sz w:val="16"/>
          <w:szCs w:val="16"/>
          <w:lang w:val="pl-PL"/>
        </w:rPr>
        <w:br/>
      </w:r>
      <w:r w:rsidRPr="004264AC">
        <w:rPr>
          <w:sz w:val="16"/>
          <w:szCs w:val="16"/>
          <w:highlight w:val="yellow"/>
          <w:lang w:val="pl-PL"/>
        </w:rPr>
        <w:t>Śniadanie :</w:t>
      </w:r>
      <w:r w:rsidRPr="004264AC">
        <w:rPr>
          <w:sz w:val="16"/>
          <w:szCs w:val="16"/>
          <w:lang w:val="pl-PL"/>
        </w:rPr>
        <w:t xml:space="preserve"> jajko na twardo (60 g)</w:t>
      </w:r>
      <w:r w:rsidR="00AF6584">
        <w:rPr>
          <w:sz w:val="16"/>
          <w:szCs w:val="16"/>
          <w:lang w:val="pl-PL"/>
        </w:rPr>
        <w:t xml:space="preserve"> </w:t>
      </w:r>
      <w:r w:rsidRPr="004264AC">
        <w:rPr>
          <w:sz w:val="16"/>
          <w:szCs w:val="16"/>
          <w:lang w:val="pl-PL"/>
        </w:rPr>
        <w:t>pieczywo (kajzerka) z masłem (60 g)</w:t>
      </w:r>
      <w:r w:rsidR="00AF6584">
        <w:rPr>
          <w:sz w:val="16"/>
          <w:szCs w:val="16"/>
          <w:lang w:val="pl-PL"/>
        </w:rPr>
        <w:t xml:space="preserve"> </w:t>
      </w:r>
      <w:r w:rsidRPr="004264AC">
        <w:rPr>
          <w:sz w:val="16"/>
          <w:szCs w:val="16"/>
          <w:lang w:val="pl-PL"/>
        </w:rPr>
        <w:t>warzywa : szczypiorek , pomidor i rzodkiewka (60 g)</w:t>
      </w:r>
      <w:r w:rsidRPr="004264AC">
        <w:rPr>
          <w:sz w:val="16"/>
          <w:szCs w:val="16"/>
          <w:lang w:val="pl-PL"/>
        </w:rPr>
        <w:br/>
        <w:t xml:space="preserve"> </w:t>
      </w:r>
      <w:r w:rsidR="007A7666">
        <w:rPr>
          <w:sz w:val="16"/>
          <w:szCs w:val="16"/>
          <w:lang w:val="pl-PL"/>
        </w:rPr>
        <w:t>herbata z miodem</w:t>
      </w:r>
      <w:r w:rsidRPr="004264AC">
        <w:rPr>
          <w:sz w:val="16"/>
          <w:szCs w:val="16"/>
          <w:lang w:val="pl-PL"/>
        </w:rPr>
        <w:t xml:space="preserve"> ( 200 g )</w:t>
      </w:r>
      <w:r w:rsidRPr="004264AC">
        <w:rPr>
          <w:sz w:val="16"/>
          <w:szCs w:val="16"/>
          <w:lang w:val="pl-PL"/>
        </w:rPr>
        <w:br/>
        <w:t>Alergeny : 1,3,7</w:t>
      </w:r>
      <w:r w:rsidRPr="004264AC">
        <w:rPr>
          <w:sz w:val="16"/>
          <w:szCs w:val="16"/>
          <w:lang w:val="pl-PL"/>
        </w:rPr>
        <w:br/>
      </w:r>
      <w:r w:rsidRPr="004264AC">
        <w:rPr>
          <w:sz w:val="16"/>
          <w:szCs w:val="16"/>
          <w:highlight w:val="yellow"/>
          <w:lang w:val="pl-PL"/>
        </w:rPr>
        <w:t>Obiad :</w:t>
      </w:r>
      <w:r w:rsidRPr="004264AC">
        <w:rPr>
          <w:sz w:val="16"/>
          <w:szCs w:val="16"/>
          <w:lang w:val="pl-PL"/>
        </w:rPr>
        <w:t xml:space="preserve"> zupa</w:t>
      </w:r>
      <w:r w:rsidR="00AF6584">
        <w:rPr>
          <w:sz w:val="16"/>
          <w:szCs w:val="16"/>
          <w:lang w:val="pl-PL"/>
        </w:rPr>
        <w:t xml:space="preserve"> </w:t>
      </w:r>
      <w:r w:rsidR="00884AE4">
        <w:rPr>
          <w:sz w:val="16"/>
          <w:szCs w:val="16"/>
          <w:lang w:val="pl-PL"/>
        </w:rPr>
        <w:t xml:space="preserve">pomidorowa z warzywami i makaronem alfabet </w:t>
      </w:r>
      <w:proofErr w:type="spellStart"/>
      <w:r w:rsidR="00884AE4">
        <w:rPr>
          <w:sz w:val="16"/>
          <w:szCs w:val="16"/>
          <w:lang w:val="pl-PL"/>
        </w:rPr>
        <w:t>durum</w:t>
      </w:r>
      <w:proofErr w:type="spellEnd"/>
      <w:r w:rsidRPr="004264AC">
        <w:rPr>
          <w:sz w:val="16"/>
          <w:szCs w:val="16"/>
          <w:lang w:val="pl-PL"/>
        </w:rPr>
        <w:t xml:space="preserve"> ( 250 ml )</w:t>
      </w:r>
      <w:r w:rsidRPr="004264AC">
        <w:rPr>
          <w:sz w:val="16"/>
          <w:szCs w:val="16"/>
          <w:lang w:val="pl-PL"/>
        </w:rPr>
        <w:br/>
        <w:t xml:space="preserve">ryż z prażonymi jabłkami </w:t>
      </w:r>
      <w:r w:rsidR="00AF6584">
        <w:rPr>
          <w:sz w:val="16"/>
          <w:szCs w:val="16"/>
          <w:lang w:val="pl-PL"/>
        </w:rPr>
        <w:t xml:space="preserve">z </w:t>
      </w:r>
      <w:r w:rsidRPr="004264AC">
        <w:rPr>
          <w:sz w:val="16"/>
          <w:szCs w:val="16"/>
          <w:lang w:val="pl-PL"/>
        </w:rPr>
        <w:t>twarogiem i jogurtem naturalnym ( 250 g )</w:t>
      </w:r>
      <w:r w:rsidR="00AF6584">
        <w:rPr>
          <w:sz w:val="16"/>
          <w:szCs w:val="16"/>
          <w:lang w:val="pl-PL"/>
        </w:rPr>
        <w:t xml:space="preserve"> lemoniada bez cukru (250 ml)</w:t>
      </w:r>
      <w:r w:rsidRPr="004264AC">
        <w:rPr>
          <w:sz w:val="16"/>
          <w:szCs w:val="16"/>
          <w:lang w:val="pl-PL"/>
        </w:rPr>
        <w:br/>
        <w:t>Alergeny : 1,3,7,9</w:t>
      </w:r>
      <w:r w:rsidRPr="004264AC">
        <w:rPr>
          <w:sz w:val="16"/>
          <w:szCs w:val="16"/>
          <w:lang w:val="pl-PL"/>
        </w:rPr>
        <w:br/>
      </w:r>
      <w:r w:rsidRPr="004264AC">
        <w:rPr>
          <w:sz w:val="16"/>
          <w:szCs w:val="16"/>
          <w:highlight w:val="yellow"/>
          <w:lang w:val="pl-PL"/>
        </w:rPr>
        <w:t>Podwieczorek :</w:t>
      </w:r>
      <w:r w:rsidRPr="004264AC">
        <w:rPr>
          <w:sz w:val="16"/>
          <w:szCs w:val="16"/>
          <w:lang w:val="pl-PL"/>
        </w:rPr>
        <w:t xml:space="preserve"> </w:t>
      </w:r>
      <w:proofErr w:type="spellStart"/>
      <w:r w:rsidRPr="004264AC">
        <w:rPr>
          <w:sz w:val="16"/>
          <w:szCs w:val="16"/>
          <w:lang w:val="pl-PL"/>
        </w:rPr>
        <w:t>brioszki</w:t>
      </w:r>
      <w:proofErr w:type="spellEnd"/>
      <w:r w:rsidRPr="004264AC">
        <w:rPr>
          <w:sz w:val="16"/>
          <w:szCs w:val="16"/>
          <w:lang w:val="pl-PL"/>
        </w:rPr>
        <w:t xml:space="preserve"> z masłem i dżemem</w:t>
      </w:r>
      <w:r w:rsidR="004C71CA">
        <w:rPr>
          <w:sz w:val="16"/>
          <w:szCs w:val="16"/>
          <w:lang w:val="pl-PL"/>
        </w:rPr>
        <w:t xml:space="preserve"> niskosłodzonym</w:t>
      </w:r>
      <w:r w:rsidRPr="004264AC">
        <w:rPr>
          <w:sz w:val="16"/>
          <w:szCs w:val="16"/>
          <w:lang w:val="pl-PL"/>
        </w:rPr>
        <w:t xml:space="preserve"> 1szt</w:t>
      </w:r>
      <w:r w:rsidR="00AF6584">
        <w:rPr>
          <w:sz w:val="16"/>
          <w:szCs w:val="16"/>
          <w:lang w:val="pl-PL"/>
        </w:rPr>
        <w:t xml:space="preserve">, </w:t>
      </w:r>
      <w:r w:rsidRPr="004264AC">
        <w:rPr>
          <w:sz w:val="16"/>
          <w:szCs w:val="16"/>
          <w:lang w:val="pl-PL"/>
        </w:rPr>
        <w:t>pomarańcza ( 60 g )</w:t>
      </w:r>
      <w:r w:rsidR="00AF6584">
        <w:rPr>
          <w:sz w:val="16"/>
          <w:szCs w:val="16"/>
          <w:lang w:val="pl-PL"/>
        </w:rPr>
        <w:t xml:space="preserve"> </w:t>
      </w:r>
      <w:r w:rsidRPr="004264AC">
        <w:rPr>
          <w:sz w:val="16"/>
          <w:szCs w:val="16"/>
          <w:lang w:val="pl-PL"/>
        </w:rPr>
        <w:br/>
        <w:t>Alergeny : 1,3,7</w:t>
      </w:r>
    </w:p>
    <w:p w14:paraId="50F6D762" w14:textId="6C378CD1" w:rsidR="00E47F7D" w:rsidRPr="00E621F9" w:rsidRDefault="00000000" w:rsidP="00E47F7D">
      <w:pPr>
        <w:jc w:val="center"/>
        <w:rPr>
          <w:i/>
          <w:sz w:val="16"/>
          <w:szCs w:val="16"/>
          <w:lang w:val="pl-PL"/>
        </w:rPr>
      </w:pPr>
      <w:r w:rsidRPr="004264AC">
        <w:rPr>
          <w:sz w:val="16"/>
          <w:szCs w:val="16"/>
          <w:lang w:val="pl-PL"/>
        </w:rPr>
        <w:br/>
      </w:r>
      <w:r w:rsidR="00E47F7D" w:rsidRPr="00A36948">
        <w:rPr>
          <w:rFonts w:ascii="Segoe UI Emoji" w:hAnsi="Segoe UI Emoji" w:cs="Segoe UI Emoji"/>
          <w:i/>
          <w:sz w:val="16"/>
          <w:szCs w:val="16"/>
        </w:rPr>
        <w:t>🥕</w:t>
      </w:r>
      <w:r w:rsidR="00E47F7D" w:rsidRPr="00A36948">
        <w:rPr>
          <w:i/>
          <w:sz w:val="16"/>
          <w:szCs w:val="16"/>
          <w:lang w:val="pl-PL"/>
        </w:rPr>
        <w:t xml:space="preserve"> Jadłospis może ulec zmianie z przyczyn niezależnych od </w:t>
      </w:r>
      <w:r w:rsidR="00E47F7D">
        <w:rPr>
          <w:i/>
          <w:sz w:val="16"/>
          <w:szCs w:val="16"/>
          <w:lang w:val="pl-PL"/>
        </w:rPr>
        <w:t>kuchni</w:t>
      </w:r>
      <w:r w:rsidR="00E47F7D" w:rsidRPr="00A36948">
        <w:rPr>
          <w:i/>
          <w:sz w:val="16"/>
          <w:szCs w:val="16"/>
          <w:lang w:val="pl-PL"/>
        </w:rPr>
        <w:t xml:space="preserve">. </w:t>
      </w:r>
      <w:r w:rsidR="00E47F7D" w:rsidRPr="00A36948">
        <w:rPr>
          <w:rFonts w:ascii="Segoe UI Emoji" w:hAnsi="Segoe UI Emoji" w:cs="Segoe UI Emoji"/>
          <w:i/>
          <w:sz w:val="16"/>
          <w:szCs w:val="16"/>
        </w:rPr>
        <w:t>🥕</w:t>
      </w:r>
    </w:p>
    <w:p w14:paraId="28B1AD35" w14:textId="77777777" w:rsidR="00E47F7D" w:rsidRDefault="00E47F7D" w:rsidP="00E47F7D">
      <w:pPr>
        <w:rPr>
          <w:b/>
          <w:sz w:val="16"/>
          <w:szCs w:val="16"/>
          <w:lang w:val="pl-PL"/>
        </w:rPr>
      </w:pPr>
    </w:p>
    <w:p w14:paraId="22D9A497" w14:textId="77777777" w:rsidR="00E72F7E" w:rsidRDefault="00E72F7E" w:rsidP="00E47F7D">
      <w:pPr>
        <w:rPr>
          <w:b/>
          <w:sz w:val="16"/>
          <w:szCs w:val="16"/>
          <w:lang w:val="pl-PL"/>
        </w:rPr>
      </w:pPr>
    </w:p>
    <w:p w14:paraId="434EA597" w14:textId="77777777" w:rsidR="00E47F7D" w:rsidRPr="00663EDB" w:rsidRDefault="00E47F7D" w:rsidP="00E47F7D">
      <w:pPr>
        <w:rPr>
          <w:sz w:val="16"/>
          <w:szCs w:val="16"/>
          <w:lang w:val="pl-PL"/>
        </w:rPr>
      </w:pPr>
      <w:r w:rsidRPr="00663EDB">
        <w:rPr>
          <w:b/>
          <w:sz w:val="16"/>
          <w:szCs w:val="16"/>
          <w:lang w:val="pl-PL"/>
        </w:rPr>
        <w:lastRenderedPageBreak/>
        <w:t>Informacje dodatkowe</w:t>
      </w:r>
    </w:p>
    <w:p w14:paraId="3B337BCE" w14:textId="77777777" w:rsidR="00E47F7D" w:rsidRPr="00196AF2" w:rsidRDefault="00E47F7D" w:rsidP="00E47F7D">
      <w:pPr>
        <w:rPr>
          <w:i/>
          <w:iCs/>
          <w:sz w:val="16"/>
          <w:szCs w:val="16"/>
          <w:lang w:val="pl-PL"/>
        </w:rPr>
      </w:pPr>
      <w:r w:rsidRPr="00196AF2">
        <w:rPr>
          <w:i/>
          <w:iCs/>
          <w:sz w:val="16"/>
          <w:szCs w:val="16"/>
          <w:lang w:val="pl-PL"/>
        </w:rPr>
        <w:t>- Wszystkie potrawy przygotowywane są na miejscu w kuchni szkolnej.</w:t>
      </w:r>
      <w:r w:rsidRPr="00196AF2">
        <w:rPr>
          <w:i/>
          <w:iCs/>
          <w:sz w:val="16"/>
          <w:szCs w:val="16"/>
          <w:lang w:val="pl-PL"/>
        </w:rPr>
        <w:br/>
        <w:t>- Do posiłków podawane są napoje: herbata, kakao, inka, kompot, sok, woda, lemoniada…</w:t>
      </w:r>
      <w:r w:rsidRPr="00196AF2">
        <w:rPr>
          <w:i/>
          <w:iCs/>
          <w:sz w:val="16"/>
          <w:szCs w:val="16"/>
          <w:lang w:val="pl-PL"/>
        </w:rPr>
        <w:br/>
        <w:t>- Menu może ulec zmianie w zależności od dostępności produktów.</w:t>
      </w:r>
      <w:r w:rsidRPr="00196AF2">
        <w:rPr>
          <w:i/>
          <w:iCs/>
          <w:sz w:val="16"/>
          <w:szCs w:val="16"/>
          <w:lang w:val="pl-PL"/>
        </w:rPr>
        <w:br/>
        <w:t>- Lista alergenów dostępna jest w stołówce szkolnej.</w:t>
      </w:r>
    </w:p>
    <w:p w14:paraId="41216188" w14:textId="77777777" w:rsidR="00E47F7D" w:rsidRDefault="00E47F7D" w:rsidP="00E47F7D">
      <w:pPr>
        <w:rPr>
          <w:b/>
          <w:i/>
          <w:color w:val="000000" w:themeColor="text1"/>
          <w:sz w:val="16"/>
          <w:szCs w:val="16"/>
          <w:u w:val="single"/>
          <w:lang w:val="pl-PL"/>
        </w:rPr>
      </w:pPr>
    </w:p>
    <w:p w14:paraId="38A77420" w14:textId="77777777" w:rsidR="00E47F7D" w:rsidRDefault="00E47F7D" w:rsidP="00E47F7D">
      <w:pPr>
        <w:rPr>
          <w:b/>
          <w:i/>
          <w:color w:val="000000" w:themeColor="text1"/>
          <w:sz w:val="16"/>
          <w:szCs w:val="16"/>
          <w:u w:val="single"/>
          <w:lang w:val="pl-PL"/>
        </w:rPr>
      </w:pPr>
    </w:p>
    <w:p w14:paraId="0B1EC1AD" w14:textId="77777777" w:rsidR="00E47F7D" w:rsidRDefault="00E47F7D" w:rsidP="00E47F7D">
      <w:pPr>
        <w:rPr>
          <w:b/>
          <w:i/>
          <w:color w:val="000000" w:themeColor="text1"/>
          <w:sz w:val="16"/>
          <w:szCs w:val="16"/>
          <w:u w:val="single"/>
          <w:lang w:val="pl-PL"/>
        </w:rPr>
      </w:pPr>
    </w:p>
    <w:p w14:paraId="35F8B95A" w14:textId="77777777" w:rsidR="00E47F7D" w:rsidRPr="00663EDB" w:rsidRDefault="00E47F7D" w:rsidP="00E47F7D">
      <w:pPr>
        <w:rPr>
          <w:b/>
          <w:i/>
          <w:color w:val="000000" w:themeColor="text1"/>
          <w:sz w:val="16"/>
          <w:szCs w:val="16"/>
          <w:u w:val="single"/>
          <w:lang w:val="pl-PL"/>
        </w:rPr>
      </w:pPr>
      <w:r w:rsidRPr="00663EDB">
        <w:rPr>
          <w:b/>
          <w:i/>
          <w:color w:val="000000" w:themeColor="text1"/>
          <w:sz w:val="16"/>
          <w:szCs w:val="16"/>
          <w:u w:val="single"/>
          <w:lang w:val="pl-PL"/>
        </w:rPr>
        <w:t xml:space="preserve">informacje o alergenach </w:t>
      </w:r>
    </w:p>
    <w:p w14:paraId="21EB91AE" w14:textId="77777777" w:rsidR="00E47F7D" w:rsidRPr="00663EDB" w:rsidRDefault="00E47F7D" w:rsidP="00E47F7D">
      <w:pPr>
        <w:rPr>
          <w:b/>
          <w:i/>
          <w:color w:val="000000" w:themeColor="text1"/>
          <w:sz w:val="16"/>
          <w:szCs w:val="16"/>
          <w:lang w:val="pl-PL"/>
        </w:rPr>
      </w:pPr>
      <w:r w:rsidRPr="00663EDB">
        <w:rPr>
          <w:b/>
          <w:i/>
          <w:color w:val="000000" w:themeColor="text1"/>
          <w:sz w:val="16"/>
          <w:szCs w:val="16"/>
          <w:lang w:val="pl-PL"/>
        </w:rPr>
        <w:t>Zgodnie z rozporządzeniem Parlamentu Europejskiego i Rady Nr 1169/2011 w sprawie przekazywania konsumentom informacji na temat żywności, które ze szczególnym uwzględnieniem alergenów, muszą być łatwo dostępne, tak aby rodzic miał świadomość, że w odniesieniu do danej żywności występują kwestie związane z alergiami i nietolerancją pokarmową. W związku z powyższym przy jadłospisie będzie można znaleźć spis alergenów, a przy każdym daniu numer alergenu jaki zawiera to danie.</w:t>
      </w:r>
    </w:p>
    <w:p w14:paraId="65408DD6" w14:textId="77777777" w:rsidR="00E47F7D" w:rsidRPr="00663EDB" w:rsidRDefault="00E47F7D" w:rsidP="00E47F7D">
      <w:pPr>
        <w:rPr>
          <w:b/>
          <w:i/>
          <w:color w:val="000000" w:themeColor="text1"/>
          <w:sz w:val="16"/>
          <w:szCs w:val="16"/>
          <w:u w:val="single"/>
          <w:lang w:val="pl-PL"/>
        </w:rPr>
      </w:pPr>
      <w:r w:rsidRPr="00663EDB">
        <w:rPr>
          <w:b/>
          <w:i/>
          <w:color w:val="000000" w:themeColor="text1"/>
          <w:sz w:val="16"/>
          <w:szCs w:val="16"/>
          <w:u w:val="single"/>
          <w:lang w:val="pl-PL"/>
        </w:rPr>
        <w:t xml:space="preserve">Numery alergenów występujących w posiłkach: </w:t>
      </w:r>
    </w:p>
    <w:p w14:paraId="788E2B79" w14:textId="77777777" w:rsidR="00E47F7D" w:rsidRPr="00663EDB" w:rsidRDefault="00E47F7D" w:rsidP="00E47F7D">
      <w:pPr>
        <w:pStyle w:val="Akapitzlist"/>
        <w:numPr>
          <w:ilvl w:val="0"/>
          <w:numId w:val="10"/>
        </w:numPr>
        <w:rPr>
          <w:color w:val="000000" w:themeColor="text1"/>
          <w:sz w:val="16"/>
          <w:szCs w:val="16"/>
          <w:lang w:val="pl-PL"/>
        </w:rPr>
      </w:pPr>
      <w:r w:rsidRPr="00663EDB">
        <w:rPr>
          <w:color w:val="000000" w:themeColor="text1"/>
          <w:sz w:val="16"/>
          <w:szCs w:val="16"/>
          <w:lang w:val="pl-PL" w:eastAsia="pl-PL"/>
        </w:rPr>
        <w:t xml:space="preserve">Zboża zawierające gluten (pszenica, żyto, jęczmień, owies, orkisz, pszenica </w:t>
      </w:r>
      <w:proofErr w:type="spellStart"/>
      <w:r w:rsidRPr="00663EDB">
        <w:rPr>
          <w:color w:val="000000" w:themeColor="text1"/>
          <w:sz w:val="16"/>
          <w:szCs w:val="16"/>
          <w:lang w:val="pl-PL" w:eastAsia="pl-PL"/>
        </w:rPr>
        <w:t>kamut</w:t>
      </w:r>
      <w:proofErr w:type="spellEnd"/>
      <w:r w:rsidRPr="00663EDB">
        <w:rPr>
          <w:color w:val="000000" w:themeColor="text1"/>
          <w:sz w:val="16"/>
          <w:szCs w:val="16"/>
          <w:lang w:val="pl-PL" w:eastAsia="pl-PL"/>
        </w:rPr>
        <w:t>,)</w:t>
      </w:r>
    </w:p>
    <w:p w14:paraId="0126ADE8" w14:textId="77777777" w:rsidR="00E47F7D" w:rsidRPr="00663EDB" w:rsidRDefault="00E47F7D" w:rsidP="00E47F7D">
      <w:pPr>
        <w:pStyle w:val="Akapitzlist"/>
        <w:numPr>
          <w:ilvl w:val="0"/>
          <w:numId w:val="10"/>
        </w:numPr>
        <w:rPr>
          <w:color w:val="000000" w:themeColor="text1"/>
          <w:sz w:val="16"/>
          <w:szCs w:val="16"/>
          <w:lang w:val="pl-PL"/>
        </w:rPr>
      </w:pPr>
      <w:r w:rsidRPr="00663EDB">
        <w:rPr>
          <w:color w:val="000000" w:themeColor="text1"/>
          <w:sz w:val="16"/>
          <w:szCs w:val="16"/>
          <w:lang w:val="pl-PL"/>
        </w:rPr>
        <w:t xml:space="preserve"> Skorupiaki i produkty pochodne (produkty przygotowane na ich bazie)</w:t>
      </w:r>
    </w:p>
    <w:p w14:paraId="43EA54F4" w14:textId="77777777" w:rsidR="00E47F7D" w:rsidRPr="00663EDB" w:rsidRDefault="00E47F7D" w:rsidP="00E47F7D">
      <w:pPr>
        <w:pStyle w:val="Akapitzlist"/>
        <w:numPr>
          <w:ilvl w:val="0"/>
          <w:numId w:val="10"/>
        </w:numPr>
        <w:rPr>
          <w:color w:val="000000" w:themeColor="text1"/>
          <w:sz w:val="16"/>
          <w:szCs w:val="16"/>
          <w:lang w:val="pl-PL"/>
        </w:rPr>
      </w:pPr>
      <w:r w:rsidRPr="00663EDB">
        <w:rPr>
          <w:color w:val="000000" w:themeColor="text1"/>
          <w:sz w:val="16"/>
          <w:szCs w:val="16"/>
          <w:lang w:val="pl-PL"/>
        </w:rPr>
        <w:t>Jaja i produkty pochodne (produkty przygotowane na ich bazie)</w:t>
      </w:r>
    </w:p>
    <w:p w14:paraId="0FC9ECE9" w14:textId="77777777" w:rsidR="00E47F7D" w:rsidRPr="00663EDB" w:rsidRDefault="00E47F7D" w:rsidP="00E47F7D">
      <w:pPr>
        <w:pStyle w:val="Akapitzlist"/>
        <w:numPr>
          <w:ilvl w:val="0"/>
          <w:numId w:val="10"/>
        </w:numPr>
        <w:rPr>
          <w:color w:val="000000" w:themeColor="text1"/>
          <w:sz w:val="16"/>
          <w:szCs w:val="16"/>
          <w:lang w:val="pl-PL"/>
        </w:rPr>
      </w:pPr>
      <w:r w:rsidRPr="00663EDB">
        <w:rPr>
          <w:color w:val="000000" w:themeColor="text1"/>
          <w:sz w:val="16"/>
          <w:szCs w:val="16"/>
          <w:lang w:val="pl-PL"/>
        </w:rPr>
        <w:t>Ryby i produkty pochodne (produkty przygotowane na ich bazie)</w:t>
      </w:r>
    </w:p>
    <w:p w14:paraId="50926489" w14:textId="77777777" w:rsidR="00E47F7D" w:rsidRPr="00663EDB" w:rsidRDefault="00E47F7D" w:rsidP="00E47F7D">
      <w:pPr>
        <w:pStyle w:val="Akapitzlist"/>
        <w:numPr>
          <w:ilvl w:val="0"/>
          <w:numId w:val="10"/>
        </w:numPr>
        <w:rPr>
          <w:color w:val="000000" w:themeColor="text1"/>
          <w:sz w:val="16"/>
          <w:szCs w:val="16"/>
          <w:lang w:val="pl-PL"/>
        </w:rPr>
      </w:pPr>
      <w:r w:rsidRPr="00663EDB">
        <w:rPr>
          <w:color w:val="000000" w:themeColor="text1"/>
          <w:sz w:val="16"/>
          <w:szCs w:val="16"/>
          <w:lang w:val="pl-PL"/>
        </w:rPr>
        <w:t>Orzeszki ziemne (arachidowe i produkty przygotowane na ich bazie)</w:t>
      </w:r>
    </w:p>
    <w:p w14:paraId="1B27B6F6" w14:textId="77777777" w:rsidR="00E47F7D" w:rsidRPr="00663EDB" w:rsidRDefault="00E47F7D" w:rsidP="00E47F7D">
      <w:pPr>
        <w:pStyle w:val="Akapitzlist"/>
        <w:numPr>
          <w:ilvl w:val="0"/>
          <w:numId w:val="10"/>
        </w:numPr>
        <w:rPr>
          <w:color w:val="000000" w:themeColor="text1"/>
          <w:sz w:val="16"/>
          <w:szCs w:val="16"/>
          <w:lang w:val="pl-PL"/>
        </w:rPr>
      </w:pPr>
      <w:r w:rsidRPr="00663EDB">
        <w:rPr>
          <w:color w:val="000000" w:themeColor="text1"/>
          <w:sz w:val="16"/>
          <w:szCs w:val="16"/>
          <w:lang w:val="pl-PL"/>
        </w:rPr>
        <w:t>Soja i produkty pochodne (produkty przygotowane na ich bazie)</w:t>
      </w:r>
    </w:p>
    <w:p w14:paraId="5DA2B104" w14:textId="77777777" w:rsidR="00E47F7D" w:rsidRPr="00663EDB" w:rsidRDefault="00E47F7D" w:rsidP="00E47F7D">
      <w:pPr>
        <w:pStyle w:val="Akapitzlist"/>
        <w:numPr>
          <w:ilvl w:val="0"/>
          <w:numId w:val="10"/>
        </w:numPr>
        <w:rPr>
          <w:color w:val="000000" w:themeColor="text1"/>
          <w:sz w:val="16"/>
          <w:szCs w:val="16"/>
          <w:lang w:val="pl-PL"/>
        </w:rPr>
      </w:pPr>
      <w:r w:rsidRPr="00663EDB">
        <w:rPr>
          <w:color w:val="000000" w:themeColor="text1"/>
          <w:sz w:val="16"/>
          <w:szCs w:val="16"/>
          <w:lang w:val="pl-PL"/>
        </w:rPr>
        <w:t>Mleko i produkty pochodne (produkty przygotowane na ich bazie)</w:t>
      </w:r>
    </w:p>
    <w:p w14:paraId="456DC264" w14:textId="77777777" w:rsidR="00E47F7D" w:rsidRPr="00663EDB" w:rsidRDefault="00E47F7D" w:rsidP="00E47F7D">
      <w:pPr>
        <w:pStyle w:val="Akapitzlist"/>
        <w:numPr>
          <w:ilvl w:val="0"/>
          <w:numId w:val="10"/>
        </w:numPr>
        <w:rPr>
          <w:color w:val="000000" w:themeColor="text1"/>
          <w:sz w:val="16"/>
          <w:szCs w:val="16"/>
          <w:lang w:val="pl-PL"/>
        </w:rPr>
      </w:pPr>
      <w:r w:rsidRPr="00663EDB">
        <w:rPr>
          <w:color w:val="000000" w:themeColor="text1"/>
          <w:sz w:val="16"/>
          <w:szCs w:val="16"/>
          <w:lang w:val="pl-PL"/>
        </w:rPr>
        <w:t xml:space="preserve">Orzechy (migdały, orzechy laskowe, orzechy włoskie, orzechy nerkowca, orzechy </w:t>
      </w:r>
      <w:proofErr w:type="spellStart"/>
      <w:r w:rsidRPr="00663EDB">
        <w:rPr>
          <w:color w:val="000000" w:themeColor="text1"/>
          <w:sz w:val="16"/>
          <w:szCs w:val="16"/>
          <w:lang w:val="pl-PL"/>
        </w:rPr>
        <w:t>pekan</w:t>
      </w:r>
      <w:proofErr w:type="spellEnd"/>
      <w:r w:rsidRPr="00663EDB">
        <w:rPr>
          <w:color w:val="000000" w:themeColor="text1"/>
          <w:sz w:val="16"/>
          <w:szCs w:val="16"/>
          <w:lang w:val="pl-PL"/>
        </w:rPr>
        <w:t>, orzechy brazylijskie, orzechy pistacjowe, orzechy makadamia lub orzechy oraz produkty przygotowane na ich bazie)</w:t>
      </w:r>
    </w:p>
    <w:p w14:paraId="1EC74B4D" w14:textId="77777777" w:rsidR="00E47F7D" w:rsidRPr="00663EDB" w:rsidRDefault="00E47F7D" w:rsidP="00E47F7D">
      <w:pPr>
        <w:pStyle w:val="Akapitzlist"/>
        <w:numPr>
          <w:ilvl w:val="0"/>
          <w:numId w:val="10"/>
        </w:numPr>
        <w:rPr>
          <w:color w:val="000000" w:themeColor="text1"/>
          <w:sz w:val="16"/>
          <w:szCs w:val="16"/>
          <w:lang w:val="pl-PL"/>
        </w:rPr>
      </w:pPr>
      <w:r w:rsidRPr="00663EDB">
        <w:rPr>
          <w:color w:val="000000" w:themeColor="text1"/>
          <w:sz w:val="16"/>
          <w:szCs w:val="16"/>
          <w:lang w:val="pl-PL"/>
        </w:rPr>
        <w:t>Seler i produkty pochodne (produkty przygotowane na ich bazie)</w:t>
      </w:r>
    </w:p>
    <w:p w14:paraId="5EA07BB3" w14:textId="77777777" w:rsidR="00E47F7D" w:rsidRPr="00663EDB" w:rsidRDefault="00E47F7D" w:rsidP="00E47F7D">
      <w:pPr>
        <w:pStyle w:val="Akapitzlist"/>
        <w:numPr>
          <w:ilvl w:val="0"/>
          <w:numId w:val="10"/>
        </w:numPr>
        <w:rPr>
          <w:color w:val="000000" w:themeColor="text1"/>
          <w:sz w:val="16"/>
          <w:szCs w:val="16"/>
          <w:lang w:val="pl-PL"/>
        </w:rPr>
      </w:pPr>
      <w:r w:rsidRPr="00663EDB">
        <w:rPr>
          <w:color w:val="000000" w:themeColor="text1"/>
          <w:sz w:val="16"/>
          <w:szCs w:val="16"/>
          <w:lang w:val="pl-PL"/>
        </w:rPr>
        <w:t>Gorczyca i produkty pochodne (produkty przygotowane na ich bazie)</w:t>
      </w:r>
    </w:p>
    <w:p w14:paraId="4DB65ABE" w14:textId="77777777" w:rsidR="00E47F7D" w:rsidRPr="00663EDB" w:rsidRDefault="00E47F7D" w:rsidP="00E47F7D">
      <w:pPr>
        <w:pStyle w:val="Akapitzlist"/>
        <w:numPr>
          <w:ilvl w:val="0"/>
          <w:numId w:val="10"/>
        </w:numPr>
        <w:rPr>
          <w:color w:val="000000" w:themeColor="text1"/>
          <w:sz w:val="16"/>
          <w:szCs w:val="16"/>
          <w:lang w:val="pl-PL"/>
        </w:rPr>
      </w:pPr>
      <w:r w:rsidRPr="00663EDB">
        <w:rPr>
          <w:color w:val="000000" w:themeColor="text1"/>
          <w:sz w:val="16"/>
          <w:szCs w:val="16"/>
          <w:lang w:val="pl-PL"/>
        </w:rPr>
        <w:t>Nasiona sezamu i produkty pochodne (przygotowane na ich bazie)</w:t>
      </w:r>
    </w:p>
    <w:p w14:paraId="67C40742" w14:textId="77777777" w:rsidR="00E47F7D" w:rsidRPr="00663EDB" w:rsidRDefault="00E47F7D" w:rsidP="00E47F7D">
      <w:pPr>
        <w:pStyle w:val="Akapitzlist"/>
        <w:numPr>
          <w:ilvl w:val="0"/>
          <w:numId w:val="10"/>
        </w:numPr>
        <w:rPr>
          <w:color w:val="000000" w:themeColor="text1"/>
          <w:sz w:val="16"/>
          <w:szCs w:val="16"/>
        </w:rPr>
      </w:pPr>
      <w:proofErr w:type="spellStart"/>
      <w:r w:rsidRPr="00663EDB">
        <w:rPr>
          <w:color w:val="000000" w:themeColor="text1"/>
          <w:sz w:val="16"/>
          <w:szCs w:val="16"/>
        </w:rPr>
        <w:t>Dwutlenek</w:t>
      </w:r>
      <w:proofErr w:type="spellEnd"/>
      <w:r w:rsidRPr="00663EDB">
        <w:rPr>
          <w:color w:val="000000" w:themeColor="text1"/>
          <w:sz w:val="16"/>
          <w:szCs w:val="16"/>
        </w:rPr>
        <w:t xml:space="preserve"> </w:t>
      </w:r>
      <w:proofErr w:type="spellStart"/>
      <w:r w:rsidRPr="00663EDB">
        <w:rPr>
          <w:color w:val="000000" w:themeColor="text1"/>
          <w:sz w:val="16"/>
          <w:szCs w:val="16"/>
        </w:rPr>
        <w:t>siarki</w:t>
      </w:r>
      <w:proofErr w:type="spellEnd"/>
      <w:r w:rsidRPr="00663EDB">
        <w:rPr>
          <w:color w:val="000000" w:themeColor="text1"/>
          <w:sz w:val="16"/>
          <w:szCs w:val="16"/>
        </w:rPr>
        <w:t xml:space="preserve"> </w:t>
      </w:r>
    </w:p>
    <w:p w14:paraId="66575FD1" w14:textId="77777777" w:rsidR="00E47F7D" w:rsidRPr="00663EDB" w:rsidRDefault="00E47F7D" w:rsidP="00E47F7D">
      <w:pPr>
        <w:pStyle w:val="Akapitzlist"/>
        <w:numPr>
          <w:ilvl w:val="0"/>
          <w:numId w:val="10"/>
        </w:numPr>
        <w:rPr>
          <w:color w:val="000000" w:themeColor="text1"/>
          <w:sz w:val="16"/>
          <w:szCs w:val="16"/>
          <w:lang w:val="pl-PL"/>
        </w:rPr>
      </w:pPr>
      <w:r w:rsidRPr="00663EDB">
        <w:rPr>
          <w:color w:val="000000" w:themeColor="text1"/>
          <w:sz w:val="16"/>
          <w:szCs w:val="16"/>
          <w:lang w:val="pl-PL"/>
        </w:rPr>
        <w:t>Łubin (produkty przygotowane na ich bazie)</w:t>
      </w:r>
    </w:p>
    <w:p w14:paraId="4103C3E5" w14:textId="77777777" w:rsidR="00E47F7D" w:rsidRPr="00663EDB" w:rsidRDefault="00E47F7D" w:rsidP="00E47F7D">
      <w:pPr>
        <w:pStyle w:val="Akapitzlist"/>
        <w:numPr>
          <w:ilvl w:val="0"/>
          <w:numId w:val="10"/>
        </w:numPr>
        <w:rPr>
          <w:color w:val="000000" w:themeColor="text1"/>
          <w:sz w:val="16"/>
          <w:szCs w:val="16"/>
          <w:lang w:val="pl-PL"/>
        </w:rPr>
      </w:pPr>
      <w:r w:rsidRPr="00663EDB">
        <w:rPr>
          <w:color w:val="000000" w:themeColor="text1"/>
          <w:sz w:val="16"/>
          <w:szCs w:val="16"/>
          <w:lang w:val="pl-PL"/>
        </w:rPr>
        <w:t>Mięczaki (produkty przygotowane na ich bazie)</w:t>
      </w:r>
    </w:p>
    <w:p w14:paraId="487F0268" w14:textId="77777777" w:rsidR="00E47F7D" w:rsidRPr="00663EDB" w:rsidRDefault="00E47F7D" w:rsidP="00E47F7D">
      <w:pPr>
        <w:jc w:val="center"/>
        <w:rPr>
          <w:b/>
          <w:i/>
          <w:color w:val="000000" w:themeColor="text1"/>
          <w:sz w:val="16"/>
          <w:szCs w:val="16"/>
          <w:u w:val="single"/>
          <w:lang w:val="pl-PL"/>
        </w:rPr>
      </w:pPr>
    </w:p>
    <w:p w14:paraId="4B8C1DEE" w14:textId="77777777" w:rsidR="00E47F7D" w:rsidRPr="00663EDB" w:rsidRDefault="00E47F7D" w:rsidP="00E47F7D">
      <w:pPr>
        <w:rPr>
          <w:b/>
          <w:i/>
          <w:color w:val="000000" w:themeColor="text1"/>
          <w:sz w:val="16"/>
          <w:szCs w:val="16"/>
          <w:u w:val="single"/>
          <w:lang w:val="pl-PL"/>
        </w:rPr>
      </w:pPr>
    </w:p>
    <w:p w14:paraId="59651E9B" w14:textId="77777777" w:rsidR="00E47F7D" w:rsidRPr="00663EDB" w:rsidRDefault="00E47F7D" w:rsidP="00E47F7D">
      <w:pPr>
        <w:rPr>
          <w:b/>
          <w:i/>
          <w:color w:val="000000" w:themeColor="text1"/>
          <w:sz w:val="16"/>
          <w:szCs w:val="16"/>
          <w:u w:val="single"/>
          <w:lang w:val="pl-PL"/>
        </w:rPr>
      </w:pPr>
    </w:p>
    <w:p w14:paraId="175416C6" w14:textId="77777777" w:rsidR="00E47F7D" w:rsidRPr="00663EDB" w:rsidRDefault="00E47F7D" w:rsidP="00E47F7D">
      <w:pPr>
        <w:rPr>
          <w:b/>
          <w:i/>
          <w:color w:val="000000" w:themeColor="text1"/>
          <w:sz w:val="16"/>
          <w:szCs w:val="16"/>
          <w:u w:val="single"/>
          <w:lang w:val="pl-PL"/>
        </w:rPr>
      </w:pPr>
      <w:r w:rsidRPr="00663EDB">
        <w:rPr>
          <w:b/>
          <w:i/>
          <w:color w:val="000000" w:themeColor="text1"/>
          <w:sz w:val="16"/>
          <w:szCs w:val="16"/>
          <w:u w:val="single"/>
          <w:lang w:val="pl-PL"/>
        </w:rPr>
        <w:t>Do przygotowania posiłków używane są przyprawy:</w:t>
      </w:r>
    </w:p>
    <w:p w14:paraId="0FFA6414" w14:textId="77777777" w:rsidR="00E47F7D" w:rsidRPr="00663EDB" w:rsidRDefault="00E47F7D" w:rsidP="00E47F7D">
      <w:pPr>
        <w:jc w:val="center"/>
        <w:rPr>
          <w:b/>
          <w:i/>
          <w:color w:val="000000" w:themeColor="text1"/>
          <w:sz w:val="16"/>
          <w:szCs w:val="16"/>
          <w:u w:val="single"/>
          <w:lang w:val="pl-PL"/>
        </w:rPr>
      </w:pPr>
    </w:p>
    <w:p w14:paraId="13DE04F2" w14:textId="77777777" w:rsidR="00E47F7D" w:rsidRPr="00663EDB" w:rsidRDefault="00E47F7D" w:rsidP="00E47F7D">
      <w:pPr>
        <w:jc w:val="center"/>
        <w:rPr>
          <w:color w:val="000000" w:themeColor="text1"/>
          <w:sz w:val="16"/>
          <w:szCs w:val="16"/>
          <w:lang w:val="pl-PL"/>
        </w:rPr>
      </w:pPr>
      <w:r w:rsidRPr="00663EDB">
        <w:rPr>
          <w:color w:val="000000" w:themeColor="text1"/>
          <w:sz w:val="16"/>
          <w:szCs w:val="16"/>
          <w:lang w:val="pl-PL"/>
        </w:rPr>
        <w:t>pieprz, ziele angielskie, liść laurowy, majeranek, oregano, bazylia, zioła prowansalskie, papryka słodka, pieprz ziołowy, kwasek cytrynowy, cukier waniliowy.</w:t>
      </w:r>
    </w:p>
    <w:p w14:paraId="47707BCD" w14:textId="77777777" w:rsidR="00E47F7D" w:rsidRPr="00663EDB" w:rsidRDefault="00E47F7D" w:rsidP="00E47F7D">
      <w:pPr>
        <w:jc w:val="center"/>
        <w:rPr>
          <w:b/>
          <w:i/>
          <w:color w:val="000000" w:themeColor="text1"/>
          <w:sz w:val="16"/>
          <w:szCs w:val="16"/>
          <w:lang w:val="pl-PL"/>
        </w:rPr>
      </w:pPr>
      <w:r w:rsidRPr="00663EDB">
        <w:rPr>
          <w:b/>
          <w:i/>
          <w:color w:val="000000" w:themeColor="text1"/>
          <w:sz w:val="16"/>
          <w:szCs w:val="16"/>
          <w:lang w:val="pl-PL"/>
        </w:rPr>
        <w:t>Zgodnie z informacjami od producentów mogą one zawierać śladowe ilości: glutenu, mleka, jaj, soi, selera, gorczycy.</w:t>
      </w:r>
    </w:p>
    <w:p w14:paraId="414A30AE" w14:textId="77777777" w:rsidR="00E47F7D" w:rsidRPr="00663EDB" w:rsidRDefault="00E47F7D" w:rsidP="00E47F7D">
      <w:pPr>
        <w:jc w:val="center"/>
        <w:rPr>
          <w:b/>
          <w:i/>
          <w:color w:val="000000" w:themeColor="text1"/>
          <w:sz w:val="16"/>
          <w:szCs w:val="16"/>
          <w:lang w:val="pl-PL"/>
        </w:rPr>
      </w:pPr>
    </w:p>
    <w:p w14:paraId="563A4872" w14:textId="77777777" w:rsidR="00E47F7D" w:rsidRPr="00A36948" w:rsidRDefault="00E47F7D" w:rsidP="00E47F7D">
      <w:pPr>
        <w:rPr>
          <w:sz w:val="16"/>
          <w:szCs w:val="16"/>
          <w:lang w:val="pl-PL"/>
        </w:rPr>
      </w:pPr>
      <w:r w:rsidRPr="00663EDB">
        <w:rPr>
          <w:b/>
          <w:i/>
          <w:color w:val="000000" w:themeColor="text1"/>
          <w:sz w:val="16"/>
          <w:szCs w:val="16"/>
          <w:lang w:val="pl-PL"/>
        </w:rPr>
        <w:t>Również zgodnie z informacjami od producentów niektóre wyroby wędliniarskie mogą zawierać śladowe ilości soi</w:t>
      </w:r>
    </w:p>
    <w:p w14:paraId="62EB16C2" w14:textId="14FA10F6" w:rsidR="00771BD0" w:rsidRPr="004264AC" w:rsidRDefault="00000000" w:rsidP="00AF6584">
      <w:pPr>
        <w:jc w:val="center"/>
        <w:rPr>
          <w:sz w:val="16"/>
          <w:szCs w:val="16"/>
          <w:lang w:val="pl-PL"/>
        </w:rPr>
      </w:pPr>
      <w:r w:rsidRPr="004264AC">
        <w:rPr>
          <w:sz w:val="16"/>
          <w:szCs w:val="16"/>
          <w:lang w:val="pl-PL"/>
        </w:rPr>
        <w:br/>
      </w:r>
    </w:p>
    <w:sectPr w:rsidR="00771BD0" w:rsidRPr="004264A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8836CAF"/>
    <w:multiLevelType w:val="hybridMultilevel"/>
    <w:tmpl w:val="668228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2678967">
    <w:abstractNumId w:val="8"/>
  </w:num>
  <w:num w:numId="2" w16cid:durableId="87772066">
    <w:abstractNumId w:val="6"/>
  </w:num>
  <w:num w:numId="3" w16cid:durableId="1342271711">
    <w:abstractNumId w:val="5"/>
  </w:num>
  <w:num w:numId="4" w16cid:durableId="1262839307">
    <w:abstractNumId w:val="4"/>
  </w:num>
  <w:num w:numId="5" w16cid:durableId="905265275">
    <w:abstractNumId w:val="7"/>
  </w:num>
  <w:num w:numId="6" w16cid:durableId="1340306690">
    <w:abstractNumId w:val="3"/>
  </w:num>
  <w:num w:numId="7" w16cid:durableId="65030393">
    <w:abstractNumId w:val="2"/>
  </w:num>
  <w:num w:numId="8" w16cid:durableId="1111776387">
    <w:abstractNumId w:val="1"/>
  </w:num>
  <w:num w:numId="9" w16cid:durableId="1683702868">
    <w:abstractNumId w:val="0"/>
  </w:num>
  <w:num w:numId="10" w16cid:durableId="15663808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054E"/>
    <w:rsid w:val="0029639D"/>
    <w:rsid w:val="00326F90"/>
    <w:rsid w:val="004264AC"/>
    <w:rsid w:val="004C71CA"/>
    <w:rsid w:val="0050792B"/>
    <w:rsid w:val="00726FC4"/>
    <w:rsid w:val="00771BD0"/>
    <w:rsid w:val="007A7666"/>
    <w:rsid w:val="00850605"/>
    <w:rsid w:val="00884AE4"/>
    <w:rsid w:val="00A34DEE"/>
    <w:rsid w:val="00AA1D8D"/>
    <w:rsid w:val="00AF6584"/>
    <w:rsid w:val="00AF6848"/>
    <w:rsid w:val="00B47730"/>
    <w:rsid w:val="00BB70FA"/>
    <w:rsid w:val="00BE04F6"/>
    <w:rsid w:val="00CB0664"/>
    <w:rsid w:val="00CC04C2"/>
    <w:rsid w:val="00D179D6"/>
    <w:rsid w:val="00E47F7D"/>
    <w:rsid w:val="00E72F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6D94D5"/>
  <w14:defaultImageDpi w14:val="300"/>
  <w15:docId w15:val="{7604E4E7-3EC1-4E20-9852-02C8F69C0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1027</Words>
  <Characters>4017</Characters>
  <Application>Microsoft Office Word</Application>
  <DocSecurity>0</DocSecurity>
  <Lines>100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5034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Mucha</cp:lastModifiedBy>
  <cp:revision>15</cp:revision>
  <dcterms:created xsi:type="dcterms:W3CDTF">2013-12-23T23:15:00Z</dcterms:created>
  <dcterms:modified xsi:type="dcterms:W3CDTF">2026-10-04T08:34:00Z</dcterms:modified>
  <cp:category/>
</cp:coreProperties>
</file>