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8EF8E5" w14:textId="647F4225" w:rsidR="00902C4B" w:rsidRPr="00374567" w:rsidRDefault="00374567" w:rsidP="00EC6923">
      <w:pPr>
        <w:spacing w:line="240" w:lineRule="auto"/>
        <w:rPr>
          <w:lang w:val="pl-PL"/>
        </w:rPr>
      </w:pPr>
      <w:r>
        <w:rPr>
          <w:lang w:val="pl-PL"/>
        </w:rPr>
        <w:t xml:space="preserve">                                                                          </w:t>
      </w:r>
      <w:r w:rsidR="0045051D" w:rsidRPr="00374567">
        <w:rPr>
          <w:lang w:val="pl-PL"/>
        </w:rPr>
        <w:t xml:space="preserve">                            ………………………………………..</w:t>
      </w:r>
    </w:p>
    <w:p w14:paraId="48DDF66D" w14:textId="2E196CBC" w:rsidR="00EC6923" w:rsidRPr="00374567" w:rsidRDefault="0045051D" w:rsidP="00EC6923">
      <w:pPr>
        <w:spacing w:line="240" w:lineRule="auto"/>
        <w:rPr>
          <w:sz w:val="20"/>
          <w:lang w:val="pl-PL"/>
        </w:rPr>
      </w:pPr>
      <w:r w:rsidRPr="00374567">
        <w:rPr>
          <w:sz w:val="20"/>
          <w:lang w:val="pl-PL"/>
        </w:rPr>
        <w:t xml:space="preserve">                                               </w:t>
      </w:r>
      <w:r w:rsidR="00374567">
        <w:rPr>
          <w:sz w:val="20"/>
          <w:lang w:val="pl-PL"/>
        </w:rPr>
        <w:t xml:space="preserve">                                                                             </w:t>
      </w:r>
      <w:r w:rsidRPr="00374567">
        <w:rPr>
          <w:sz w:val="20"/>
          <w:lang w:val="pl-PL"/>
        </w:rPr>
        <w:t xml:space="preserve">  (Miejscowość i data)     </w:t>
      </w:r>
    </w:p>
    <w:p w14:paraId="3FD56256" w14:textId="77777777" w:rsidR="00EC6923" w:rsidRPr="00374567" w:rsidRDefault="00EC6923" w:rsidP="00EC6923">
      <w:pPr>
        <w:rPr>
          <w:sz w:val="20"/>
          <w:lang w:val="pl-PL"/>
        </w:rPr>
      </w:pPr>
      <w:r w:rsidRPr="00374567">
        <w:rPr>
          <w:sz w:val="20"/>
          <w:lang w:val="pl-PL"/>
        </w:rPr>
        <w:t>………………………………………………………</w:t>
      </w:r>
    </w:p>
    <w:p w14:paraId="74DC006E" w14:textId="61CB47B6" w:rsidR="00374567" w:rsidRDefault="00374567" w:rsidP="00EC6923">
      <w:pPr>
        <w:rPr>
          <w:sz w:val="20"/>
          <w:lang w:val="pl-PL"/>
        </w:rPr>
      </w:pPr>
      <w:r w:rsidRPr="00374567">
        <w:rPr>
          <w:sz w:val="20"/>
          <w:lang w:val="pl-PL"/>
        </w:rPr>
        <w:t xml:space="preserve">   ( Imię  i nazwisko rodzica</w:t>
      </w:r>
      <w:r>
        <w:rPr>
          <w:sz w:val="20"/>
          <w:lang w:val="pl-PL"/>
        </w:rPr>
        <w:t>/</w:t>
      </w:r>
      <w:r w:rsidRPr="00374567">
        <w:rPr>
          <w:sz w:val="20"/>
          <w:lang w:val="pl-PL"/>
        </w:rPr>
        <w:t xml:space="preserve"> opiekuna</w:t>
      </w:r>
      <w:r>
        <w:rPr>
          <w:sz w:val="20"/>
          <w:lang w:val="pl-PL"/>
        </w:rPr>
        <w:t xml:space="preserve"> prawnego</w:t>
      </w:r>
      <w:r w:rsidRPr="00374567">
        <w:rPr>
          <w:sz w:val="20"/>
          <w:lang w:val="pl-PL"/>
        </w:rPr>
        <w:t>)</w:t>
      </w:r>
    </w:p>
    <w:p w14:paraId="557AFCCB" w14:textId="77777777" w:rsidR="002A281F" w:rsidRDefault="002A281F" w:rsidP="00EC6923">
      <w:pPr>
        <w:rPr>
          <w:sz w:val="20"/>
          <w:lang w:val="pl-PL"/>
        </w:rPr>
      </w:pPr>
    </w:p>
    <w:p w14:paraId="216157BA" w14:textId="4CC78B74" w:rsidR="002A281F" w:rsidRDefault="002A281F" w:rsidP="00EC6923">
      <w:pPr>
        <w:rPr>
          <w:sz w:val="20"/>
          <w:lang w:val="pl-PL"/>
        </w:rPr>
      </w:pPr>
      <w:r>
        <w:rPr>
          <w:sz w:val="20"/>
          <w:lang w:val="pl-PL"/>
        </w:rPr>
        <w:t>………………………………………………………</w:t>
      </w:r>
    </w:p>
    <w:p w14:paraId="41DBF99D" w14:textId="15116323" w:rsidR="002A281F" w:rsidRDefault="002A281F" w:rsidP="00EC6923">
      <w:pPr>
        <w:rPr>
          <w:sz w:val="20"/>
          <w:lang w:val="pl-PL"/>
        </w:rPr>
      </w:pPr>
      <w:r>
        <w:rPr>
          <w:sz w:val="20"/>
          <w:lang w:val="pl-PL"/>
        </w:rPr>
        <w:t>………………………………………………………</w:t>
      </w:r>
    </w:p>
    <w:p w14:paraId="632B9BF2" w14:textId="12A14A7B" w:rsidR="002A281F" w:rsidRDefault="00EC6923" w:rsidP="00EC6923">
      <w:pPr>
        <w:rPr>
          <w:sz w:val="20"/>
          <w:lang w:val="pl-PL"/>
        </w:rPr>
      </w:pPr>
      <w:r w:rsidRPr="00374567">
        <w:rPr>
          <w:sz w:val="20"/>
          <w:lang w:val="pl-PL"/>
        </w:rPr>
        <w:t xml:space="preserve"> </w:t>
      </w:r>
      <w:r w:rsidR="002A281F">
        <w:rPr>
          <w:sz w:val="20"/>
          <w:lang w:val="pl-PL"/>
        </w:rPr>
        <w:t xml:space="preserve">                               (adres)</w:t>
      </w:r>
      <w:r w:rsidRPr="00374567">
        <w:rPr>
          <w:sz w:val="20"/>
          <w:lang w:val="pl-PL"/>
        </w:rPr>
        <w:t xml:space="preserve">  </w:t>
      </w:r>
    </w:p>
    <w:p w14:paraId="4CD45D1C" w14:textId="57986C74" w:rsidR="0045051D" w:rsidRPr="00374567" w:rsidRDefault="002A281F" w:rsidP="00EC6923">
      <w:pPr>
        <w:rPr>
          <w:b/>
          <w:sz w:val="20"/>
          <w:lang w:val="pl-PL"/>
        </w:rPr>
      </w:pPr>
      <w:r>
        <w:rPr>
          <w:sz w:val="20"/>
          <w:lang w:val="pl-PL"/>
        </w:rPr>
        <w:t>………………………………………………………</w:t>
      </w:r>
      <w:r w:rsidR="00EC6923" w:rsidRPr="00374567">
        <w:rPr>
          <w:sz w:val="20"/>
          <w:lang w:val="pl-PL"/>
        </w:rPr>
        <w:t xml:space="preserve">               </w:t>
      </w:r>
      <w:r w:rsidR="0045051D" w:rsidRPr="00374567">
        <w:rPr>
          <w:sz w:val="20"/>
          <w:lang w:val="pl-PL"/>
        </w:rPr>
        <w:t xml:space="preserve">                      </w:t>
      </w:r>
      <w:r w:rsidR="0081388E" w:rsidRPr="00374567">
        <w:rPr>
          <w:b/>
          <w:sz w:val="20"/>
          <w:lang w:val="pl-PL"/>
        </w:rPr>
        <w:t xml:space="preserve">  </w:t>
      </w:r>
    </w:p>
    <w:p w14:paraId="7844108D" w14:textId="7BC0E2F6" w:rsidR="0045051D" w:rsidRPr="002A281F" w:rsidRDefault="002A281F" w:rsidP="00374567">
      <w:pPr>
        <w:rPr>
          <w:bCs/>
          <w:sz w:val="18"/>
          <w:szCs w:val="18"/>
          <w:lang w:val="pl-PL"/>
        </w:rPr>
      </w:pPr>
      <w:r>
        <w:rPr>
          <w:bCs/>
          <w:sz w:val="18"/>
          <w:szCs w:val="18"/>
          <w:lang w:val="pl-PL"/>
        </w:rPr>
        <w:t xml:space="preserve">                            </w:t>
      </w:r>
      <w:r w:rsidRPr="002A281F">
        <w:rPr>
          <w:bCs/>
          <w:sz w:val="18"/>
          <w:szCs w:val="18"/>
          <w:lang w:val="pl-PL"/>
        </w:rPr>
        <w:t>(tel. kontaktowy)</w:t>
      </w:r>
    </w:p>
    <w:p w14:paraId="622C192E" w14:textId="044797A8" w:rsidR="00374567" w:rsidRPr="00374567" w:rsidRDefault="00374567" w:rsidP="00374567">
      <w:pPr>
        <w:rPr>
          <w:bCs/>
          <w:sz w:val="20"/>
          <w:szCs w:val="20"/>
          <w:lang w:val="pl-PL"/>
        </w:rPr>
      </w:pPr>
    </w:p>
    <w:p w14:paraId="210C1DFD" w14:textId="017B7F0A" w:rsidR="0045051D" w:rsidRPr="00374567" w:rsidRDefault="00374567" w:rsidP="0045051D">
      <w:pPr>
        <w:spacing w:after="160"/>
        <w:rPr>
          <w:b/>
          <w:sz w:val="24"/>
          <w:lang w:val="pl-PL"/>
        </w:rPr>
      </w:pPr>
      <w:r>
        <w:rPr>
          <w:b/>
          <w:sz w:val="24"/>
          <w:lang w:val="pl-PL"/>
        </w:rPr>
        <w:t xml:space="preserve">                                                                               </w:t>
      </w:r>
    </w:p>
    <w:p w14:paraId="721BD506" w14:textId="513EBEA0" w:rsidR="0081388E" w:rsidRPr="00374567" w:rsidRDefault="0045051D" w:rsidP="0045051D">
      <w:pPr>
        <w:spacing w:after="160"/>
        <w:rPr>
          <w:lang w:val="pl-PL"/>
        </w:rPr>
      </w:pPr>
      <w:r w:rsidRPr="00374567">
        <w:rPr>
          <w:b/>
          <w:sz w:val="24"/>
          <w:lang w:val="pl-PL"/>
        </w:rPr>
        <w:t xml:space="preserve">                                                                               </w:t>
      </w:r>
      <w:r w:rsidR="0081388E" w:rsidRPr="00374567">
        <w:rPr>
          <w:b/>
          <w:sz w:val="24"/>
          <w:lang w:val="pl-PL"/>
        </w:rPr>
        <w:t>Dyrektor Szkoły Podst</w:t>
      </w:r>
      <w:r w:rsidR="00374567">
        <w:rPr>
          <w:b/>
          <w:sz w:val="24"/>
          <w:lang w:val="pl-PL"/>
        </w:rPr>
        <w:t>a</w:t>
      </w:r>
      <w:r w:rsidR="0081388E" w:rsidRPr="00374567">
        <w:rPr>
          <w:b/>
          <w:sz w:val="24"/>
          <w:lang w:val="pl-PL"/>
        </w:rPr>
        <w:t>wowej nr 353</w:t>
      </w:r>
    </w:p>
    <w:p w14:paraId="18E1706D" w14:textId="3E0497C2" w:rsidR="0081388E" w:rsidRPr="00374567" w:rsidRDefault="0081388E" w:rsidP="0045051D">
      <w:pPr>
        <w:spacing w:after="360"/>
        <w:jc w:val="center"/>
        <w:rPr>
          <w:b/>
          <w:sz w:val="24"/>
          <w:lang w:val="pl-PL"/>
        </w:rPr>
      </w:pPr>
      <w:r w:rsidRPr="00374567">
        <w:rPr>
          <w:b/>
          <w:sz w:val="24"/>
          <w:lang w:val="pl-PL"/>
        </w:rPr>
        <w:t xml:space="preserve">                                                                          </w:t>
      </w:r>
      <w:r w:rsidR="00374567">
        <w:rPr>
          <w:b/>
          <w:sz w:val="24"/>
          <w:lang w:val="pl-PL"/>
        </w:rPr>
        <w:t>i</w:t>
      </w:r>
      <w:r w:rsidRPr="00374567">
        <w:rPr>
          <w:b/>
          <w:sz w:val="24"/>
          <w:lang w:val="pl-PL"/>
        </w:rPr>
        <w:t>m. “Wielkich Odkrywców” w Warszawie</w:t>
      </w:r>
    </w:p>
    <w:p w14:paraId="4C04C6B0" w14:textId="77777777" w:rsidR="0081388E" w:rsidRPr="00374567" w:rsidRDefault="0081388E">
      <w:pPr>
        <w:spacing w:after="360"/>
        <w:jc w:val="center"/>
        <w:rPr>
          <w:b/>
          <w:sz w:val="24"/>
          <w:lang w:val="pl-PL"/>
        </w:rPr>
      </w:pPr>
    </w:p>
    <w:p w14:paraId="77616544" w14:textId="1BA2B4F4" w:rsidR="00902C4B" w:rsidRPr="00374567" w:rsidRDefault="00816506">
      <w:pPr>
        <w:spacing w:after="360"/>
        <w:jc w:val="center"/>
        <w:rPr>
          <w:lang w:val="pl-PL"/>
        </w:rPr>
      </w:pPr>
      <w:r w:rsidRPr="00374567">
        <w:rPr>
          <w:b/>
          <w:sz w:val="24"/>
          <w:lang w:val="pl-PL"/>
        </w:rPr>
        <w:t>Rezygnacja z udziału w zajęciach „Edukacja zdrowotna – zdrowie seksualne”</w:t>
      </w:r>
    </w:p>
    <w:p w14:paraId="6E76E3A0" w14:textId="77777777" w:rsidR="00902C4B" w:rsidRPr="00374567" w:rsidRDefault="00816506">
      <w:pPr>
        <w:spacing w:after="140"/>
        <w:rPr>
          <w:lang w:val="pl-PL"/>
        </w:rPr>
      </w:pPr>
      <w:r w:rsidRPr="00374567">
        <w:rPr>
          <w:lang w:val="pl-PL"/>
        </w:rPr>
        <w:t>Oświadczam, że moja córka / mój syn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412"/>
      </w:tblGrid>
      <w:tr w:rsidR="00902C4B" w:rsidRPr="002A281F" w14:paraId="52657755" w14:textId="77777777">
        <w:tc>
          <w:tcPr>
            <w:tcW w:w="9412" w:type="dxa"/>
            <w:tcBorders>
              <w:top w:val="nil"/>
              <w:left w:val="nil"/>
              <w:bottom w:val="dotted" w:sz="6" w:space="0" w:color="666666"/>
              <w:right w:val="nil"/>
            </w:tcBorders>
          </w:tcPr>
          <w:p w14:paraId="62077020" w14:textId="77777777" w:rsidR="00902C4B" w:rsidRPr="00374567" w:rsidRDefault="00816506">
            <w:pPr>
              <w:rPr>
                <w:lang w:val="pl-PL"/>
              </w:rPr>
            </w:pPr>
            <w:r w:rsidRPr="00374567">
              <w:rPr>
                <w:lang w:val="pl-PL"/>
              </w:rPr>
              <w:t xml:space="preserve"> </w:t>
            </w:r>
          </w:p>
        </w:tc>
      </w:tr>
    </w:tbl>
    <w:p w14:paraId="199FCD73" w14:textId="77777777" w:rsidR="00902C4B" w:rsidRPr="00374567" w:rsidRDefault="00816506">
      <w:pPr>
        <w:spacing w:before="100" w:after="120"/>
        <w:rPr>
          <w:lang w:val="pl-PL"/>
        </w:rPr>
      </w:pPr>
      <w:r w:rsidRPr="00374567">
        <w:rPr>
          <w:lang w:val="pl-PL"/>
        </w:rPr>
        <w:t>uczennica / uczeń klasy ................. w roku szkolnym .................................</w:t>
      </w:r>
    </w:p>
    <w:p w14:paraId="70CE38A2" w14:textId="32825B10" w:rsidR="00902C4B" w:rsidRPr="00374567" w:rsidRDefault="00816506" w:rsidP="00EC6923">
      <w:pPr>
        <w:spacing w:after="400" w:line="264" w:lineRule="auto"/>
        <w:jc w:val="both"/>
        <w:rPr>
          <w:lang w:val="pl-PL"/>
        </w:rPr>
      </w:pPr>
      <w:r w:rsidRPr="00374567">
        <w:rPr>
          <w:lang w:val="pl-PL"/>
        </w:rPr>
        <w:t>nie będzie uczestniczyć w zajęciach „Edukacja zdrowotna – zdrowie seksualne”, obejmujących treści dotyczące wiedzy o życiu seksualnym. Niniejszą rezygnację składam na podstawie § 5 ust. 1 rozporządzenia Ministra Edukacji z dnia 17 lipca 2026 r. (Dz. U. z 2026 r. poz. 966). Rezygnacja dotyczy zajęć, o których mowa w § 1 ust. 2 tego rozporządzenia</w:t>
      </w:r>
      <w:r w:rsidR="00EC6923" w:rsidRPr="00374567">
        <w:rPr>
          <w:lang w:val="pl-PL"/>
        </w:rPr>
        <w:t>.</w:t>
      </w:r>
    </w:p>
    <w:p w14:paraId="325F99F6" w14:textId="77777777" w:rsidR="00902C4B" w:rsidRPr="00374567" w:rsidRDefault="00902C4B">
      <w:pPr>
        <w:spacing w:after="80"/>
        <w:rPr>
          <w:lang w:val="pl-PL"/>
        </w:rPr>
      </w:pPr>
    </w:p>
    <w:p w14:paraId="18A236A1" w14:textId="77777777" w:rsidR="00902C4B" w:rsidRPr="00374567" w:rsidRDefault="00902C4B">
      <w:pPr>
        <w:spacing w:after="80"/>
        <w:rPr>
          <w:lang w:val="pl-PL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309"/>
        <w:gridCol w:w="3969"/>
      </w:tblGrid>
      <w:tr w:rsidR="00902C4B" w:rsidRPr="002A281F" w14:paraId="32B6E63D" w14:textId="77777777">
        <w:trPr>
          <w:jc w:val="center"/>
        </w:trPr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16842C" w14:textId="77777777" w:rsidR="00902C4B" w:rsidRPr="00374567" w:rsidRDefault="00902C4B">
            <w:pPr>
              <w:rPr>
                <w:lang w:val="pl-PL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dotted" w:sz="6" w:space="0" w:color="666666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D962FA" w14:textId="77777777" w:rsidR="00902C4B" w:rsidRPr="00374567" w:rsidRDefault="00816506">
            <w:pPr>
              <w:rPr>
                <w:lang w:val="pl-PL"/>
              </w:rPr>
            </w:pPr>
            <w:r w:rsidRPr="00374567">
              <w:rPr>
                <w:lang w:val="pl-PL"/>
              </w:rPr>
              <w:t xml:space="preserve"> </w:t>
            </w:r>
          </w:p>
        </w:tc>
      </w:tr>
      <w:tr w:rsidR="00902C4B" w:rsidRPr="002A281F" w14:paraId="4DC85CF0" w14:textId="77777777">
        <w:trPr>
          <w:jc w:val="center"/>
        </w:trPr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AB8EB3" w14:textId="77777777" w:rsidR="00902C4B" w:rsidRPr="00374567" w:rsidRDefault="00902C4B">
            <w:pPr>
              <w:rPr>
                <w:lang w:val="pl-PL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8E2905" w14:textId="2009FE6E" w:rsidR="00902C4B" w:rsidRPr="00374567" w:rsidRDefault="00816506">
            <w:pPr>
              <w:jc w:val="center"/>
              <w:rPr>
                <w:lang w:val="pl-PL"/>
              </w:rPr>
            </w:pPr>
            <w:r w:rsidRPr="00374567">
              <w:rPr>
                <w:sz w:val="18"/>
                <w:lang w:val="pl-PL"/>
              </w:rPr>
              <w:t xml:space="preserve">Data </w:t>
            </w:r>
            <w:r w:rsidR="00374567">
              <w:rPr>
                <w:sz w:val="18"/>
                <w:lang w:val="pl-PL"/>
              </w:rPr>
              <w:t>i</w:t>
            </w:r>
            <w:r w:rsidR="00EC6923" w:rsidRPr="00374567">
              <w:rPr>
                <w:sz w:val="18"/>
                <w:lang w:val="pl-PL"/>
              </w:rPr>
              <w:t xml:space="preserve"> </w:t>
            </w:r>
            <w:r w:rsidRPr="00374567">
              <w:rPr>
                <w:sz w:val="18"/>
                <w:lang w:val="pl-PL"/>
              </w:rPr>
              <w:t xml:space="preserve"> podpis rodzica / opiekuna prawnego</w:t>
            </w:r>
          </w:p>
        </w:tc>
      </w:tr>
    </w:tbl>
    <w:p w14:paraId="1AA23EE7" w14:textId="77777777" w:rsidR="00816506" w:rsidRPr="00374567" w:rsidRDefault="00816506">
      <w:pPr>
        <w:rPr>
          <w:lang w:val="pl-PL"/>
        </w:rPr>
      </w:pPr>
    </w:p>
    <w:sectPr w:rsidR="00816506" w:rsidRPr="00374567" w:rsidSect="00034616">
      <w:pgSz w:w="11906" w:h="16838"/>
      <w:pgMar w:top="964" w:right="124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38028022">
    <w:abstractNumId w:val="8"/>
  </w:num>
  <w:num w:numId="2" w16cid:durableId="864901666">
    <w:abstractNumId w:val="6"/>
  </w:num>
  <w:num w:numId="3" w16cid:durableId="2085518650">
    <w:abstractNumId w:val="5"/>
  </w:num>
  <w:num w:numId="4" w16cid:durableId="803162520">
    <w:abstractNumId w:val="4"/>
  </w:num>
  <w:num w:numId="5" w16cid:durableId="1972250916">
    <w:abstractNumId w:val="7"/>
  </w:num>
  <w:num w:numId="6" w16cid:durableId="2086102754">
    <w:abstractNumId w:val="3"/>
  </w:num>
  <w:num w:numId="7" w16cid:durableId="950893876">
    <w:abstractNumId w:val="2"/>
  </w:num>
  <w:num w:numId="8" w16cid:durableId="1983582380">
    <w:abstractNumId w:val="1"/>
  </w:num>
  <w:num w:numId="9" w16cid:durableId="510997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A281F"/>
    <w:rsid w:val="00326F90"/>
    <w:rsid w:val="00374567"/>
    <w:rsid w:val="0045051D"/>
    <w:rsid w:val="004662E3"/>
    <w:rsid w:val="0071795F"/>
    <w:rsid w:val="0081388E"/>
    <w:rsid w:val="00816506"/>
    <w:rsid w:val="00902C4B"/>
    <w:rsid w:val="00AA1D8D"/>
    <w:rsid w:val="00B47730"/>
    <w:rsid w:val="00CB0664"/>
    <w:rsid w:val="00EC692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5DF9A2"/>
  <w14:defaultImageDpi w14:val="300"/>
  <w15:docId w15:val="{40BF316A-EDB2-47FB-8BCC-EFF07B78A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0"/>
    </w:pPr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207</Words>
  <Characters>1244</Characters>
  <Application>Microsoft Office Word</Application>
  <DocSecurity>0</DocSecurity>
  <Lines>10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Rezygnacja z udziału w zajęciach – formularz edytowalny</vt:lpstr>
      <vt:lpstr/>
    </vt:vector>
  </TitlesOfParts>
  <Manager/>
  <Company/>
  <LinksUpToDate>false</LinksUpToDate>
  <CharactersWithSpaces>1449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Rezygnacja z udziału w zajęciach – formularz edytowalny</dc:title>
  <dc:subject>Formularz A4</dc:subject>
  <dc:creator>jolantanowakowska1@wp.pl</dc:creator>
  <cp:keywords/>
  <dc:description>generated by python-docx</dc:description>
  <cp:lastModifiedBy>SP353</cp:lastModifiedBy>
  <cp:revision>5</cp:revision>
  <dcterms:created xsi:type="dcterms:W3CDTF">2026-09-06T20:19:00Z</dcterms:created>
  <dcterms:modified xsi:type="dcterms:W3CDTF">2026-09-07T09:24:00Z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2026-09-07T09:12:10Z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ae30bb27-5211-4225-9cb9-be6166d26a79</vt:lpwstr>
  </property>
  <property fmtid="{D5CDD505-2E9C-101B-9397-08002B2CF9AE}" pid="7" name="MSIP_Label_defa4170-0d19-0005-0004-bc88714345d2_ActionId">
    <vt:lpwstr>895d38be-a831-4331-aa95-cdef97c4ebad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